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DE0B" w14:textId="5601C05C" w:rsidR="00E13755" w:rsidRDefault="00E13755" w:rsidP="00E13755">
      <w:pPr>
        <w:spacing w:after="160"/>
        <w:jc w:val="center"/>
        <w:rPr>
          <w:color w:val="7030A0"/>
          <w:sz w:val="40"/>
          <w:szCs w:val="40"/>
          <w:lang w:val="pl-PL"/>
        </w:rPr>
      </w:pPr>
      <w:r>
        <w:rPr>
          <w:rFonts w:cs="Arial"/>
          <w:b/>
          <w:noProof/>
          <w:color w:val="7030A0"/>
          <w:sz w:val="40"/>
          <w:szCs w:val="40"/>
          <w:lang w:val="pl-PL" w:eastAsia="pl-PL"/>
        </w:rPr>
        <w:drawing>
          <wp:inline distT="0" distB="0" distL="0" distR="0" wp14:anchorId="433B48EC" wp14:editId="54695049">
            <wp:extent cx="3663932" cy="990600"/>
            <wp:effectExtent l="0" t="0" r="0" b="0"/>
            <wp:docPr id="1" name="Obraz 1" descr="C:\Users\karol\AppData\Local\Microsoft\Windows\INetCache\Content.MSO\AF850E7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ol\AppData\Local\Microsoft\Windows\INetCache\Content.MSO\AF850E7E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115" cy="1006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7030A0"/>
          <w:sz w:val="40"/>
          <w:szCs w:val="40"/>
          <w:lang w:val="pl-PL"/>
        </w:rPr>
        <w:br/>
      </w:r>
    </w:p>
    <w:p w14:paraId="45CDDC4F" w14:textId="0E6EDBFB" w:rsidR="00E13755" w:rsidRPr="0026249A" w:rsidRDefault="00E13755" w:rsidP="00E13755">
      <w:pPr>
        <w:spacing w:after="160"/>
        <w:jc w:val="center"/>
        <w:rPr>
          <w:rFonts w:ascii="Audiowide" w:hAnsi="Audiowide"/>
          <w:b/>
          <w:color w:val="E51909"/>
          <w:sz w:val="40"/>
          <w:szCs w:val="40"/>
          <w:lang w:val="pl-PL"/>
        </w:rPr>
      </w:pPr>
      <w:r w:rsidRPr="0026249A">
        <w:rPr>
          <w:rFonts w:ascii="Audiowide" w:hAnsi="Audiowide"/>
          <w:b/>
          <w:color w:val="7030A0"/>
          <w:sz w:val="40"/>
          <w:szCs w:val="40"/>
          <w:lang w:val="pl-PL"/>
        </w:rPr>
        <w:t>FORMULARZ ZGODY NA UDZIAŁ W RADZIE DZIECIĘCEJ PROJEKTU</w:t>
      </w:r>
      <w:r w:rsidRPr="0026249A">
        <w:rPr>
          <w:rFonts w:ascii="Audiowide" w:hAnsi="Audiowide"/>
          <w:color w:val="7030A0"/>
          <w:sz w:val="40"/>
          <w:szCs w:val="40"/>
          <w:lang w:val="pl-PL"/>
        </w:rPr>
        <w:t xml:space="preserve"> </w:t>
      </w:r>
      <w:r w:rsidRPr="0026249A">
        <w:rPr>
          <w:rFonts w:ascii="Audiowide" w:hAnsi="Audiowide"/>
          <w:b/>
          <w:color w:val="7030A0"/>
          <w:sz w:val="40"/>
          <w:szCs w:val="40"/>
          <w:lang w:val="pl-PL"/>
        </w:rPr>
        <w:t>DIGI</w:t>
      </w:r>
      <w:r w:rsidRPr="0026249A">
        <w:rPr>
          <w:rFonts w:ascii="Audiowide" w:hAnsi="Audiowide"/>
          <w:b/>
          <w:color w:val="E51909"/>
          <w:sz w:val="40"/>
          <w:szCs w:val="40"/>
          <w:lang w:val="pl-PL"/>
        </w:rPr>
        <w:t>GUARD</w:t>
      </w:r>
    </w:p>
    <w:p w14:paraId="466F3C04" w14:textId="77777777" w:rsidR="00E13755" w:rsidRDefault="00E13755" w:rsidP="00E13755">
      <w:pPr>
        <w:spacing w:after="160"/>
        <w:jc w:val="center"/>
        <w:rPr>
          <w:b/>
          <w:color w:val="E51909"/>
          <w:sz w:val="40"/>
          <w:szCs w:val="40"/>
          <w:lang w:val="pl-PL"/>
        </w:rPr>
      </w:pPr>
    </w:p>
    <w:tbl>
      <w:tblPr>
        <w:tblStyle w:val="Tabela-Siatka"/>
        <w:tblW w:w="0" w:type="auto"/>
        <w:tblInd w:w="628" w:type="dxa"/>
        <w:tblLayout w:type="fixed"/>
        <w:tblLook w:val="04A0" w:firstRow="1" w:lastRow="0" w:firstColumn="1" w:lastColumn="0" w:noHBand="0" w:noVBand="1"/>
      </w:tblPr>
      <w:tblGrid>
        <w:gridCol w:w="2268"/>
        <w:gridCol w:w="6236"/>
      </w:tblGrid>
      <w:tr w:rsidR="00E13755" w:rsidRPr="0096541F" w14:paraId="2A97CFC8" w14:textId="77777777" w:rsidTr="00605C82">
        <w:tc>
          <w:tcPr>
            <w:tcW w:w="2268" w:type="dxa"/>
            <w:shd w:val="clear" w:color="auto" w:fill="E5DFEC" w:themeFill="accent4" w:themeFillTint="33"/>
          </w:tcPr>
          <w:p w14:paraId="345E44C3" w14:textId="77777777" w:rsidR="00E13755" w:rsidRPr="0096541F" w:rsidRDefault="00E13755" w:rsidP="00605C82">
            <w:pPr>
              <w:rPr>
                <w:rFonts w:cs="Arial"/>
              </w:rPr>
            </w:pPr>
            <w:r w:rsidRPr="0096541F">
              <w:rPr>
                <w:rFonts w:cs="Arial"/>
                <w:b/>
                <w:sz w:val="19"/>
              </w:rPr>
              <w:t>Projekt</w:t>
            </w:r>
          </w:p>
        </w:tc>
        <w:tc>
          <w:tcPr>
            <w:tcW w:w="6236" w:type="dxa"/>
          </w:tcPr>
          <w:p w14:paraId="1F80C87B" w14:textId="77777777" w:rsidR="00E13755" w:rsidRPr="0096541F" w:rsidRDefault="00E13755" w:rsidP="00605C82">
            <w:pPr>
              <w:rPr>
                <w:rFonts w:cs="Arial"/>
              </w:rPr>
            </w:pPr>
            <w:proofErr w:type="spellStart"/>
            <w:r w:rsidRPr="0096541F">
              <w:rPr>
                <w:rFonts w:cs="Arial"/>
                <w:sz w:val="19"/>
              </w:rPr>
              <w:t>DigiGuard</w:t>
            </w:r>
            <w:proofErr w:type="spellEnd"/>
          </w:p>
        </w:tc>
      </w:tr>
      <w:tr w:rsidR="00E13755" w:rsidRPr="0096541F" w14:paraId="1B55F1D9" w14:textId="77777777" w:rsidTr="00605C82">
        <w:tc>
          <w:tcPr>
            <w:tcW w:w="2268" w:type="dxa"/>
            <w:shd w:val="clear" w:color="auto" w:fill="E5DFEC" w:themeFill="accent4" w:themeFillTint="33"/>
          </w:tcPr>
          <w:p w14:paraId="1D0AEEDF" w14:textId="77777777" w:rsidR="00E13755" w:rsidRPr="0096541F" w:rsidRDefault="00E13755" w:rsidP="00605C82">
            <w:pPr>
              <w:rPr>
                <w:rFonts w:cs="Arial"/>
                <w:b/>
                <w:sz w:val="19"/>
              </w:rPr>
            </w:pPr>
            <w:proofErr w:type="spellStart"/>
            <w:r>
              <w:rPr>
                <w:rFonts w:cs="Arial"/>
                <w:b/>
                <w:sz w:val="19"/>
              </w:rPr>
              <w:t>Numer</w:t>
            </w:r>
            <w:proofErr w:type="spellEnd"/>
            <w:r>
              <w:rPr>
                <w:rFonts w:cs="Arial"/>
                <w:b/>
                <w:sz w:val="19"/>
              </w:rPr>
              <w:t xml:space="preserve"> </w:t>
            </w:r>
            <w:proofErr w:type="spellStart"/>
            <w:r>
              <w:rPr>
                <w:rFonts w:cs="Arial"/>
                <w:b/>
                <w:sz w:val="19"/>
              </w:rPr>
              <w:t>umowy</w:t>
            </w:r>
            <w:proofErr w:type="spellEnd"/>
            <w:r>
              <w:rPr>
                <w:rFonts w:cs="Arial"/>
                <w:b/>
                <w:sz w:val="19"/>
              </w:rPr>
              <w:t xml:space="preserve"> </w:t>
            </w:r>
            <w:proofErr w:type="spellStart"/>
            <w:r>
              <w:rPr>
                <w:rFonts w:cs="Arial"/>
                <w:b/>
                <w:sz w:val="19"/>
              </w:rPr>
              <w:t>grantowej</w:t>
            </w:r>
            <w:proofErr w:type="spellEnd"/>
          </w:p>
        </w:tc>
        <w:tc>
          <w:tcPr>
            <w:tcW w:w="6236" w:type="dxa"/>
          </w:tcPr>
          <w:p w14:paraId="477A91DD" w14:textId="77777777" w:rsidR="00E13755" w:rsidRPr="009141B9" w:rsidRDefault="00E13755" w:rsidP="00605C8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l-PL" w:eastAsia="pl-PL"/>
              </w:rPr>
            </w:pPr>
            <w:r w:rsidRPr="009141B9">
              <w:rPr>
                <w:rFonts w:eastAsia="Times New Roman" w:cs="Arial"/>
                <w:bCs/>
                <w:color w:val="000000"/>
                <w:sz w:val="19"/>
                <w:szCs w:val="19"/>
                <w:lang w:val="pl-PL" w:eastAsia="pl-PL"/>
              </w:rPr>
              <w:t>101253420</w:t>
            </w:r>
          </w:p>
          <w:p w14:paraId="443AB59C" w14:textId="77777777" w:rsidR="00E13755" w:rsidRPr="0096541F" w:rsidRDefault="00E13755" w:rsidP="00605C82">
            <w:pPr>
              <w:spacing w:after="0" w:line="240" w:lineRule="auto"/>
              <w:rPr>
                <w:rFonts w:cs="Arial"/>
                <w:sz w:val="19"/>
              </w:rPr>
            </w:pPr>
          </w:p>
        </w:tc>
      </w:tr>
      <w:tr w:rsidR="00E13755" w:rsidRPr="009077F5" w14:paraId="52DE1300" w14:textId="77777777" w:rsidTr="00605C82">
        <w:tc>
          <w:tcPr>
            <w:tcW w:w="2268" w:type="dxa"/>
            <w:shd w:val="clear" w:color="auto" w:fill="E5DFEC" w:themeFill="accent4" w:themeFillTint="33"/>
          </w:tcPr>
          <w:p w14:paraId="4B2BD2F2" w14:textId="77777777" w:rsidR="00E13755" w:rsidRPr="0096541F" w:rsidRDefault="00E13755" w:rsidP="00605C82">
            <w:pPr>
              <w:rPr>
                <w:rFonts w:cs="Arial"/>
              </w:rPr>
            </w:pPr>
            <w:r w:rsidRPr="0096541F">
              <w:rPr>
                <w:rFonts w:cs="Arial"/>
                <w:b/>
                <w:sz w:val="19"/>
              </w:rPr>
              <w:t xml:space="preserve">Partner </w:t>
            </w:r>
            <w:proofErr w:type="spellStart"/>
            <w:r w:rsidRPr="0096541F">
              <w:rPr>
                <w:rFonts w:cs="Arial"/>
                <w:b/>
                <w:sz w:val="19"/>
              </w:rPr>
              <w:t>krajowy</w:t>
            </w:r>
            <w:proofErr w:type="spellEnd"/>
          </w:p>
        </w:tc>
        <w:tc>
          <w:tcPr>
            <w:tcW w:w="6236" w:type="dxa"/>
          </w:tcPr>
          <w:p w14:paraId="6B4861D5" w14:textId="77777777" w:rsidR="00E13755" w:rsidRPr="0096541F" w:rsidRDefault="00E13755" w:rsidP="00605C82">
            <w:pPr>
              <w:rPr>
                <w:rFonts w:cs="Arial"/>
                <w:lang w:val="pl-PL"/>
              </w:rPr>
            </w:pPr>
            <w:r w:rsidRPr="0096541F">
              <w:rPr>
                <w:rFonts w:cs="Arial"/>
                <w:sz w:val="19"/>
                <w:lang w:val="pl-PL"/>
              </w:rPr>
              <w:t>Fundacja na Rzecz Psychoprofilaktyki Społecznej PRO-FIL</w:t>
            </w:r>
          </w:p>
        </w:tc>
      </w:tr>
    </w:tbl>
    <w:p w14:paraId="0D4C9488" w14:textId="2B739E01" w:rsidR="00E13755" w:rsidRDefault="00E13755">
      <w:pPr>
        <w:spacing w:after="160"/>
        <w:rPr>
          <w:color w:val="000000"/>
          <w:lang w:val="pl-PL"/>
        </w:rPr>
      </w:pPr>
    </w:p>
    <w:p w14:paraId="23A3D9D4" w14:textId="0FE6B52E" w:rsidR="00221173" w:rsidRPr="00E13755" w:rsidRDefault="00AA0E1D" w:rsidP="00E13755">
      <w:pPr>
        <w:spacing w:after="160"/>
        <w:jc w:val="both"/>
        <w:rPr>
          <w:lang w:val="pl-PL"/>
        </w:rPr>
      </w:pPr>
      <w:r w:rsidRPr="00E13755">
        <w:rPr>
          <w:lang w:val="pl-PL"/>
        </w:rPr>
        <w:t>Formularz należy wypełnić na etapie składania zgł</w:t>
      </w:r>
      <w:r w:rsidR="00E13755" w:rsidRPr="00E13755">
        <w:rPr>
          <w:lang w:val="pl-PL"/>
        </w:rPr>
        <w:t xml:space="preserve">oszenia do Child </w:t>
      </w:r>
      <w:proofErr w:type="spellStart"/>
      <w:r w:rsidR="00E13755" w:rsidRPr="00E13755">
        <w:rPr>
          <w:lang w:val="pl-PL"/>
        </w:rPr>
        <w:t>Advisory</w:t>
      </w:r>
      <w:proofErr w:type="spellEnd"/>
      <w:r w:rsidR="00E13755" w:rsidRPr="00E13755">
        <w:rPr>
          <w:lang w:val="pl-PL"/>
        </w:rPr>
        <w:t xml:space="preserve"> Board, czyli Rady Dziecięcej </w:t>
      </w:r>
      <w:r w:rsidRPr="00E13755">
        <w:rPr>
          <w:lang w:val="pl-PL"/>
        </w:rPr>
        <w:t xml:space="preserve">projektu </w:t>
      </w:r>
      <w:proofErr w:type="spellStart"/>
      <w:r w:rsidRPr="00E13755">
        <w:rPr>
          <w:lang w:val="pl-PL"/>
        </w:rPr>
        <w:t>DigiGuard</w:t>
      </w:r>
      <w:proofErr w:type="spellEnd"/>
      <w:r w:rsidRPr="00E13755">
        <w:rPr>
          <w:lang w:val="pl-PL"/>
        </w:rPr>
        <w:t>. W ramach projektu zgoda rodzica lub opiekuna prawnego jest zbierana od każdej osoby zgłaszającej się, niezależnie od wieku.</w:t>
      </w:r>
    </w:p>
    <w:p w14:paraId="5FE85F19" w14:textId="4CCEB2A2" w:rsidR="00221173" w:rsidRPr="00E13755" w:rsidRDefault="00AA0E1D" w:rsidP="00E13755">
      <w:pPr>
        <w:spacing w:before="60" w:after="100"/>
        <w:jc w:val="both"/>
        <w:rPr>
          <w:lang w:val="pl-PL"/>
        </w:rPr>
      </w:pPr>
      <w:r w:rsidRPr="00E13755">
        <w:rPr>
          <w:b/>
          <w:sz w:val="19"/>
          <w:lang w:val="pl-PL"/>
        </w:rPr>
        <w:t>Ważne.</w:t>
      </w:r>
      <w:r w:rsidR="00E13755" w:rsidRPr="00E13755">
        <w:rPr>
          <w:sz w:val="19"/>
          <w:lang w:val="pl-PL"/>
        </w:rPr>
        <w:t xml:space="preserve"> Zgoda na udział w Radzie Dziecięcej projektu</w:t>
      </w:r>
      <w:r w:rsidRPr="00E13755">
        <w:rPr>
          <w:sz w:val="19"/>
          <w:lang w:val="pl-PL"/>
        </w:rPr>
        <w:t>, zgoda na przetwarzanie danych oraz zgoda na publiczne wykorzystanie imienia, wizerunku, głosu lub wypowiedzi są odrębnymi decyzjami. Brak zgody na publiczne wykorzystanie tych elementów nie w</w:t>
      </w:r>
      <w:r w:rsidR="00E13755" w:rsidRPr="00E13755">
        <w:rPr>
          <w:sz w:val="19"/>
          <w:lang w:val="pl-PL"/>
        </w:rPr>
        <w:t>pływa na możliwość udziału w Radzie Dziecięcej</w:t>
      </w:r>
      <w:r w:rsidRPr="00E13755">
        <w:rPr>
          <w:sz w:val="19"/>
          <w:lang w:val="pl-PL"/>
        </w:rPr>
        <w:t>.</w:t>
      </w:r>
    </w:p>
    <w:p w14:paraId="70952E0D" w14:textId="77777777" w:rsidR="00221173" w:rsidRPr="0026249A" w:rsidRDefault="00AA0E1D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 w:rsidRPr="0026249A">
        <w:rPr>
          <w:rFonts w:ascii="Audiowide" w:hAnsi="Audiowide" w:cs="Arial"/>
          <w:color w:val="7030A0"/>
          <w:sz w:val="24"/>
          <w:szCs w:val="24"/>
        </w:rPr>
        <w:t xml:space="preserve">1. Informacje o </w:t>
      </w:r>
      <w:proofErr w:type="spellStart"/>
      <w:r w:rsidRPr="0026249A">
        <w:rPr>
          <w:rFonts w:ascii="Audiowide" w:hAnsi="Audiowide" w:cs="Arial"/>
          <w:color w:val="7030A0"/>
          <w:sz w:val="24"/>
          <w:szCs w:val="24"/>
        </w:rPr>
        <w:t>dziecku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221173" w14:paraId="388EF848" w14:textId="77777777" w:rsidTr="00E1375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149F1C" w14:textId="77777777" w:rsidR="00221173" w:rsidRDefault="00AA0E1D">
            <w:proofErr w:type="spellStart"/>
            <w:r>
              <w:rPr>
                <w:b/>
                <w:color w:val="000000"/>
                <w:sz w:val="19"/>
              </w:rPr>
              <w:t>Imię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dziecka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28CEB7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221173" w14:paraId="3E740ED7" w14:textId="77777777" w:rsidTr="00E1375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D7A5AB" w14:textId="77777777" w:rsidR="00221173" w:rsidRDefault="00AA0E1D">
            <w:r>
              <w:rPr>
                <w:b/>
                <w:color w:val="000000"/>
                <w:sz w:val="19"/>
              </w:rPr>
              <w:t xml:space="preserve">Wiek </w:t>
            </w:r>
            <w:proofErr w:type="spellStart"/>
            <w:r>
              <w:rPr>
                <w:b/>
                <w:color w:val="000000"/>
                <w:sz w:val="19"/>
              </w:rPr>
              <w:t>dziecka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FB6C3B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</w:tbl>
    <w:p w14:paraId="6F2E9BDA" w14:textId="77777777" w:rsidR="00221173" w:rsidRDefault="00221173">
      <w:pPr>
        <w:spacing w:after="20"/>
      </w:pPr>
    </w:p>
    <w:p w14:paraId="6A1DDFCC" w14:textId="77777777" w:rsidR="00221173" w:rsidRPr="0026249A" w:rsidRDefault="00AA0E1D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26249A">
        <w:rPr>
          <w:rFonts w:ascii="Audiowide" w:hAnsi="Audiowide" w:cs="Arial"/>
          <w:color w:val="7030A0"/>
          <w:sz w:val="24"/>
          <w:szCs w:val="24"/>
          <w:lang w:val="pl-PL"/>
        </w:rPr>
        <w:t>2. Informacje o rodzicu lub opiekunie prawnym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221173" w14:paraId="6BA1979C" w14:textId="77777777" w:rsidTr="00E1375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1F7AA4" w14:textId="77777777" w:rsidR="00221173" w:rsidRDefault="00AA0E1D">
            <w:proofErr w:type="spellStart"/>
            <w:r>
              <w:rPr>
                <w:b/>
                <w:color w:val="000000"/>
                <w:sz w:val="19"/>
              </w:rPr>
              <w:t>Imię</w:t>
            </w:r>
            <w:proofErr w:type="spellEnd"/>
            <w:r>
              <w:rPr>
                <w:b/>
                <w:color w:val="000000"/>
                <w:sz w:val="19"/>
              </w:rPr>
              <w:t xml:space="preserve"> i </w:t>
            </w:r>
            <w:proofErr w:type="spellStart"/>
            <w:r>
              <w:rPr>
                <w:b/>
                <w:color w:val="000000"/>
                <w:sz w:val="19"/>
              </w:rPr>
              <w:t>nazwisko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B09DC7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221173" w14:paraId="156AE561" w14:textId="77777777" w:rsidTr="00E1375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421DFB" w14:textId="77777777" w:rsidR="00221173" w:rsidRDefault="00AA0E1D">
            <w:proofErr w:type="spellStart"/>
            <w:r>
              <w:rPr>
                <w:b/>
                <w:color w:val="000000"/>
                <w:sz w:val="19"/>
              </w:rPr>
              <w:t>Relacja</w:t>
            </w:r>
            <w:proofErr w:type="spellEnd"/>
            <w:r>
              <w:rPr>
                <w:b/>
                <w:color w:val="000000"/>
                <w:sz w:val="19"/>
              </w:rPr>
              <w:t xml:space="preserve"> z </w:t>
            </w:r>
            <w:proofErr w:type="spellStart"/>
            <w:r>
              <w:rPr>
                <w:b/>
                <w:color w:val="000000"/>
                <w:sz w:val="19"/>
              </w:rPr>
              <w:t>dzieckiem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84E5A6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221173" w14:paraId="56839BB5" w14:textId="77777777" w:rsidTr="00E1375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EE6612" w14:textId="77777777" w:rsidR="00221173" w:rsidRDefault="00AA0E1D">
            <w:r>
              <w:rPr>
                <w:b/>
                <w:color w:val="000000"/>
                <w:sz w:val="19"/>
              </w:rPr>
              <w:t xml:space="preserve">Adres </w:t>
            </w:r>
            <w:proofErr w:type="spellStart"/>
            <w:r>
              <w:rPr>
                <w:b/>
                <w:color w:val="000000"/>
                <w:sz w:val="19"/>
              </w:rPr>
              <w:t>poczty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elektronicznej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CEA459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221173" w14:paraId="434D42F7" w14:textId="77777777" w:rsidTr="00E1375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F9637F" w14:textId="77777777" w:rsidR="00221173" w:rsidRDefault="00AA0E1D">
            <w:proofErr w:type="spellStart"/>
            <w:r>
              <w:rPr>
                <w:b/>
                <w:color w:val="000000"/>
                <w:sz w:val="19"/>
              </w:rPr>
              <w:t>Numer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telefonu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6AB277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</w:tbl>
    <w:p w14:paraId="060EDF5E" w14:textId="77777777" w:rsidR="00221173" w:rsidRDefault="00221173">
      <w:pPr>
        <w:spacing w:after="20"/>
      </w:pPr>
    </w:p>
    <w:p w14:paraId="7CD4096A" w14:textId="77777777" w:rsidR="00632B04" w:rsidRDefault="00632B04">
      <w:pPr>
        <w:pStyle w:val="Nagwek1"/>
        <w:rPr>
          <w:rFonts w:ascii="Audiowide" w:hAnsi="Audiowide" w:cs="Arial"/>
          <w:color w:val="7030A0"/>
          <w:sz w:val="24"/>
          <w:szCs w:val="24"/>
        </w:rPr>
      </w:pPr>
    </w:p>
    <w:p w14:paraId="6684691C" w14:textId="77777777" w:rsidR="002E5AC1" w:rsidRDefault="002E5AC1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</w:p>
    <w:p w14:paraId="039BC044" w14:textId="4DE85EA9" w:rsidR="00221173" w:rsidRPr="00632B04" w:rsidRDefault="00AA0E1D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632B04">
        <w:rPr>
          <w:rFonts w:ascii="Audiowide" w:hAnsi="Audiowide" w:cs="Arial"/>
          <w:color w:val="7030A0"/>
          <w:sz w:val="24"/>
          <w:szCs w:val="24"/>
          <w:lang w:val="pl-PL"/>
        </w:rPr>
        <w:t>3. Informacje przekazane rodzicowi lub opiekunowi</w:t>
      </w:r>
    </w:p>
    <w:p w14:paraId="092B9D24" w14:textId="6EF05323" w:rsidR="00221173" w:rsidRPr="00AA0E1D" w:rsidRDefault="00AA0E1D">
      <w:pPr>
        <w:rPr>
          <w:lang w:val="pl-PL"/>
        </w:rPr>
      </w:pPr>
      <w:r w:rsidRPr="00AA0E1D">
        <w:rPr>
          <w:color w:val="000000"/>
          <w:sz w:val="20"/>
          <w:lang w:val="pl-PL"/>
        </w:rPr>
        <w:t>Potwier</w:t>
      </w:r>
      <w:r w:rsidR="00F94DE6">
        <w:rPr>
          <w:color w:val="000000"/>
          <w:sz w:val="20"/>
          <w:lang w:val="pl-PL"/>
        </w:rPr>
        <w:t>dzam, że otrzymałem/</w:t>
      </w:r>
      <w:proofErr w:type="spellStart"/>
      <w:r w:rsidRPr="00AA0E1D">
        <w:rPr>
          <w:color w:val="000000"/>
          <w:sz w:val="20"/>
          <w:lang w:val="pl-PL"/>
        </w:rPr>
        <w:t>am</w:t>
      </w:r>
      <w:proofErr w:type="spellEnd"/>
      <w:r w:rsidRPr="00AA0E1D">
        <w:rPr>
          <w:color w:val="000000"/>
          <w:sz w:val="20"/>
          <w:lang w:val="pl-PL"/>
        </w:rPr>
        <w:t xml:space="preserve"> informacje dotyczące projektu, udziału dziecka oraz przetwarzania danych osobowych.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221173" w:rsidRPr="009077F5" w14:paraId="27C58945" w14:textId="77777777" w:rsidTr="00F94DE6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38168A" w14:textId="789089AD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</w:t>
            </w:r>
            <w:r w:rsidR="00C65CC8">
              <w:rPr>
                <w:color w:val="000000"/>
                <w:sz w:val="20"/>
                <w:lang w:val="pl-PL"/>
              </w:rPr>
              <w:t xml:space="preserve"> Zapoznał</w:t>
            </w:r>
            <w:r w:rsidR="00F94DE6">
              <w:rPr>
                <w:color w:val="000000"/>
                <w:sz w:val="20"/>
                <w:lang w:val="pl-PL"/>
              </w:rPr>
              <w:t>em/</w:t>
            </w:r>
            <w:proofErr w:type="spellStart"/>
            <w:r w:rsidRPr="00AA0E1D">
              <w:rPr>
                <w:color w:val="000000"/>
                <w:sz w:val="20"/>
                <w:lang w:val="pl-PL"/>
              </w:rPr>
              <w:t>am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 xml:space="preserve"> </w:t>
            </w:r>
            <w:r w:rsidR="00C65CC8">
              <w:rPr>
                <w:color w:val="000000"/>
                <w:sz w:val="20"/>
                <w:lang w:val="pl-PL"/>
              </w:rPr>
              <w:t xml:space="preserve">się z </w:t>
            </w:r>
            <w:r w:rsidRPr="00C65CC8">
              <w:rPr>
                <w:color w:val="000000"/>
                <w:sz w:val="20"/>
                <w:lang w:val="pl-PL"/>
              </w:rPr>
              <w:t>opis</w:t>
            </w:r>
            <w:r w:rsidR="00C65CC8" w:rsidRPr="00C65CC8">
              <w:rPr>
                <w:color w:val="000000"/>
                <w:sz w:val="20"/>
                <w:lang w:val="pl-PL"/>
              </w:rPr>
              <w:t>em</w:t>
            </w:r>
            <w:r w:rsidRPr="00C65CC8">
              <w:rPr>
                <w:color w:val="000000"/>
                <w:sz w:val="20"/>
                <w:lang w:val="pl-PL"/>
              </w:rPr>
              <w:t xml:space="preserve"> projektu </w:t>
            </w:r>
            <w:proofErr w:type="spellStart"/>
            <w:r w:rsidRPr="00C65CC8">
              <w:rPr>
                <w:color w:val="000000"/>
                <w:sz w:val="20"/>
                <w:lang w:val="pl-PL"/>
              </w:rPr>
              <w:t>Di</w:t>
            </w:r>
            <w:r w:rsidR="00F94DE6" w:rsidRPr="00C65CC8">
              <w:rPr>
                <w:color w:val="000000"/>
                <w:sz w:val="20"/>
                <w:lang w:val="pl-PL"/>
              </w:rPr>
              <w:t>giGuard</w:t>
            </w:r>
            <w:proofErr w:type="spellEnd"/>
            <w:r w:rsidR="00C65CC8">
              <w:rPr>
                <w:color w:val="000000"/>
                <w:sz w:val="20"/>
                <w:lang w:val="pl-PL"/>
              </w:rPr>
              <w:t xml:space="preserve"> oraz rolą</w:t>
            </w:r>
            <w:r w:rsidR="00F94DE6">
              <w:rPr>
                <w:color w:val="000000"/>
                <w:sz w:val="20"/>
                <w:lang w:val="pl-PL"/>
              </w:rPr>
              <w:t xml:space="preserve"> Rady Dziecięcej projektu</w:t>
            </w:r>
            <w:r w:rsidRPr="00AA0E1D">
              <w:rPr>
                <w:color w:val="000000"/>
                <w:sz w:val="20"/>
                <w:lang w:val="pl-PL"/>
              </w:rPr>
              <w:t>.</w:t>
            </w:r>
          </w:p>
        </w:tc>
      </w:tr>
      <w:tr w:rsidR="00221173" w:rsidRPr="009077F5" w14:paraId="29B4C592" w14:textId="77777777" w:rsidTr="00F94DE6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2FED70" w14:textId="6E2342C3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</w:t>
            </w:r>
            <w:r w:rsidR="00F94DE6">
              <w:rPr>
                <w:color w:val="000000"/>
                <w:sz w:val="20"/>
                <w:lang w:val="pl-PL"/>
              </w:rPr>
              <w:t xml:space="preserve"> Otrzymałem/</w:t>
            </w:r>
            <w:proofErr w:type="spellStart"/>
            <w:r w:rsidRPr="00AA0E1D">
              <w:rPr>
                <w:color w:val="000000"/>
                <w:sz w:val="20"/>
                <w:lang w:val="pl-PL"/>
              </w:rPr>
              <w:t>am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 xml:space="preserve"> informację o spotkaniu wprowadzającym trwającym około 90 minut.</w:t>
            </w:r>
          </w:p>
        </w:tc>
      </w:tr>
      <w:tr w:rsidR="00221173" w:rsidRPr="009077F5" w14:paraId="48C2E238" w14:textId="77777777" w:rsidTr="00F94DE6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0C2A63" w14:textId="66EC3D27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</w:t>
            </w:r>
            <w:r w:rsidR="00F94DE6">
              <w:rPr>
                <w:color w:val="000000"/>
                <w:sz w:val="20"/>
                <w:lang w:val="pl-PL"/>
              </w:rPr>
              <w:t xml:space="preserve"> Otrzymałem/</w:t>
            </w:r>
            <w:proofErr w:type="spellStart"/>
            <w:r w:rsidRPr="00AA0E1D">
              <w:rPr>
                <w:color w:val="000000"/>
                <w:sz w:val="20"/>
                <w:lang w:val="pl-PL"/>
              </w:rPr>
              <w:t>am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 xml:space="preserve"> informację o około siedmiu spotkaniach online </w:t>
            </w:r>
            <w:r w:rsidR="00F94DE6">
              <w:rPr>
                <w:color w:val="000000"/>
                <w:sz w:val="20"/>
                <w:lang w:val="pl-PL"/>
              </w:rPr>
              <w:t>trwających około 60 do 90 minut, które odbędą się w trakcie trwania projektu.</w:t>
            </w:r>
          </w:p>
        </w:tc>
      </w:tr>
      <w:tr w:rsidR="00221173" w:rsidRPr="009077F5" w14:paraId="38E5745C" w14:textId="77777777" w:rsidTr="00F94DE6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6D5868" w14:textId="116F9690" w:rsidR="00221173" w:rsidRPr="00AA0E1D" w:rsidRDefault="00AA0E1D" w:rsidP="00F94DE6">
            <w:pPr>
              <w:rPr>
                <w:lang w:val="pl-PL"/>
              </w:rPr>
            </w:pPr>
            <w:r w:rsidRPr="00AA0E1D">
              <w:rPr>
                <w:rFonts w:ascii="Segoe UI Symbol" w:hAnsi="Segoe UI Symbol" w:cs="Segoe UI Symbol"/>
                <w:color w:val="000000"/>
                <w:sz w:val="20"/>
                <w:lang w:val="pl-PL"/>
              </w:rPr>
              <w:t>☐</w:t>
            </w:r>
            <w:r w:rsidR="00F94DE6">
              <w:rPr>
                <w:color w:val="000000"/>
                <w:sz w:val="20"/>
                <w:lang w:val="pl-PL"/>
              </w:rPr>
              <w:t xml:space="preserve"> Otrzymałem/</w:t>
            </w:r>
            <w:proofErr w:type="spellStart"/>
            <w:r w:rsidRPr="00AA0E1D">
              <w:rPr>
                <w:color w:val="000000"/>
                <w:sz w:val="20"/>
                <w:lang w:val="pl-PL"/>
              </w:rPr>
              <w:t>am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 xml:space="preserve"> informację o możliwości krótk</w:t>
            </w:r>
            <w:r w:rsidR="00F94DE6">
              <w:rPr>
                <w:color w:val="000000"/>
                <w:sz w:val="20"/>
                <w:lang w:val="pl-PL"/>
              </w:rPr>
              <w:t>ich, dodatkowych próśb o opinię dotyczącą materiałów tworzonych w ramach projektu, które będą kierowane do członków Rady Dziecięcej.</w:t>
            </w:r>
          </w:p>
        </w:tc>
      </w:tr>
      <w:tr w:rsidR="00221173" w:rsidRPr="009077F5" w14:paraId="04D97D00" w14:textId="77777777" w:rsidTr="00F94DE6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ADBA86" w14:textId="3175338D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</w:t>
            </w:r>
            <w:r w:rsidR="00F94DE6">
              <w:rPr>
                <w:color w:val="000000"/>
                <w:sz w:val="20"/>
                <w:lang w:val="pl-PL"/>
              </w:rPr>
              <w:t xml:space="preserve"> Otrzymałem/</w:t>
            </w:r>
            <w:proofErr w:type="spellStart"/>
            <w:r w:rsidRPr="00AA0E1D">
              <w:rPr>
                <w:color w:val="000000"/>
                <w:sz w:val="20"/>
                <w:lang w:val="pl-PL"/>
              </w:rPr>
              <w:t>am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 xml:space="preserve"> informacje o zasadach ochrony dzieci i sposobie zgłaszania obaw.</w:t>
            </w:r>
          </w:p>
        </w:tc>
      </w:tr>
      <w:tr w:rsidR="00221173" w:rsidRPr="009077F5" w14:paraId="75CA356F" w14:textId="77777777" w:rsidTr="00F94DE6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9D2612" w14:textId="45DF6200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</w:t>
            </w:r>
            <w:r w:rsidR="00E91BC2">
              <w:rPr>
                <w:color w:val="000000"/>
                <w:sz w:val="20"/>
                <w:lang w:val="pl-PL"/>
              </w:rPr>
              <w:t xml:space="preserve"> Zapoznałe</w:t>
            </w:r>
            <w:r w:rsidR="00F94DE6">
              <w:rPr>
                <w:color w:val="000000"/>
                <w:sz w:val="20"/>
                <w:lang w:val="pl-PL"/>
              </w:rPr>
              <w:t>m/</w:t>
            </w:r>
            <w:proofErr w:type="spellStart"/>
            <w:r w:rsidR="00F94DE6">
              <w:rPr>
                <w:color w:val="000000"/>
                <w:sz w:val="20"/>
                <w:lang w:val="pl-PL"/>
              </w:rPr>
              <w:t>am</w:t>
            </w:r>
            <w:proofErr w:type="spellEnd"/>
            <w:r w:rsidR="00F94DE6">
              <w:rPr>
                <w:color w:val="000000"/>
                <w:sz w:val="20"/>
                <w:lang w:val="pl-PL"/>
              </w:rPr>
              <w:t xml:space="preserve"> </w:t>
            </w:r>
            <w:r w:rsidR="00E91BC2">
              <w:rPr>
                <w:color w:val="000000"/>
                <w:sz w:val="20"/>
                <w:lang w:val="pl-PL"/>
              </w:rPr>
              <w:t xml:space="preserve">się z </w:t>
            </w:r>
            <w:r w:rsidR="00F94DE6">
              <w:rPr>
                <w:color w:val="000000"/>
                <w:sz w:val="20"/>
                <w:lang w:val="pl-PL"/>
              </w:rPr>
              <w:t xml:space="preserve">Politykę prywatności </w:t>
            </w:r>
            <w:r w:rsidR="00E91BC2">
              <w:rPr>
                <w:color w:val="000000"/>
                <w:sz w:val="20"/>
                <w:lang w:val="pl-PL"/>
              </w:rPr>
              <w:t xml:space="preserve">i RODO </w:t>
            </w:r>
            <w:r w:rsidR="00F94DE6">
              <w:rPr>
                <w:color w:val="000000"/>
                <w:sz w:val="20"/>
                <w:lang w:val="pl-PL"/>
              </w:rPr>
              <w:t>dotyczącą Rady Dziecięcej</w:t>
            </w:r>
            <w:r w:rsidRPr="00AA0E1D">
              <w:rPr>
                <w:color w:val="000000"/>
                <w:sz w:val="20"/>
                <w:lang w:val="pl-PL"/>
              </w:rPr>
              <w:t>.</w:t>
            </w:r>
          </w:p>
        </w:tc>
      </w:tr>
      <w:tr w:rsidR="00221173" w:rsidRPr="009077F5" w14:paraId="2C343403" w14:textId="77777777" w:rsidTr="00F94DE6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70ECAA" w14:textId="6C0ADB8D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</w:t>
            </w:r>
            <w:r w:rsidR="00F94DE6">
              <w:rPr>
                <w:color w:val="000000"/>
                <w:sz w:val="20"/>
                <w:lang w:val="pl-PL"/>
              </w:rPr>
              <w:t xml:space="preserve"> Poinformowałem/</w:t>
            </w:r>
            <w:proofErr w:type="spellStart"/>
            <w:r w:rsidRPr="00AA0E1D">
              <w:rPr>
                <w:color w:val="000000"/>
                <w:sz w:val="20"/>
                <w:lang w:val="pl-PL"/>
              </w:rPr>
              <w:t>am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 xml:space="preserve"> dziecko, że udział </w:t>
            </w:r>
            <w:r w:rsidR="00F94DE6">
              <w:rPr>
                <w:color w:val="000000"/>
                <w:sz w:val="20"/>
                <w:lang w:val="pl-PL"/>
              </w:rPr>
              <w:t xml:space="preserve">w Radzie Dziecięcej </w:t>
            </w:r>
            <w:r w:rsidRPr="00AA0E1D">
              <w:rPr>
                <w:color w:val="000000"/>
                <w:sz w:val="20"/>
                <w:lang w:val="pl-PL"/>
              </w:rPr>
              <w:t>jest dobrowolny.</w:t>
            </w:r>
          </w:p>
        </w:tc>
      </w:tr>
      <w:tr w:rsidR="00221173" w:rsidRPr="009077F5" w14:paraId="740CC7DD" w14:textId="77777777" w:rsidTr="00F94DE6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BC3366" w14:textId="294EDD64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</w:t>
            </w:r>
            <w:r w:rsidR="00F94DE6">
              <w:rPr>
                <w:color w:val="000000"/>
                <w:sz w:val="20"/>
                <w:lang w:val="pl-PL"/>
              </w:rPr>
              <w:t xml:space="preserve"> Poinformowałem/</w:t>
            </w:r>
            <w:proofErr w:type="spellStart"/>
            <w:r w:rsidRPr="00AA0E1D">
              <w:rPr>
                <w:color w:val="000000"/>
                <w:sz w:val="20"/>
                <w:lang w:val="pl-PL"/>
              </w:rPr>
              <w:t>am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 xml:space="preserve"> dziecko, że może wycofać się </w:t>
            </w:r>
            <w:r w:rsidR="00F94DE6">
              <w:rPr>
                <w:color w:val="000000"/>
                <w:sz w:val="20"/>
                <w:lang w:val="pl-PL"/>
              </w:rPr>
              <w:t xml:space="preserve">z projektu </w:t>
            </w:r>
            <w:r w:rsidRPr="00AA0E1D">
              <w:rPr>
                <w:color w:val="000000"/>
                <w:sz w:val="20"/>
                <w:lang w:val="pl-PL"/>
              </w:rPr>
              <w:t>w dowolnym momencie bez podawania przyczyny.</w:t>
            </w:r>
          </w:p>
        </w:tc>
      </w:tr>
    </w:tbl>
    <w:p w14:paraId="295C5422" w14:textId="77777777" w:rsidR="00221173" w:rsidRPr="00AA0E1D" w:rsidRDefault="00221173">
      <w:pPr>
        <w:spacing w:after="20"/>
        <w:rPr>
          <w:lang w:val="pl-PL"/>
        </w:rPr>
      </w:pPr>
    </w:p>
    <w:p w14:paraId="56147717" w14:textId="77777777" w:rsidR="00221173" w:rsidRPr="0026249A" w:rsidRDefault="00AA0E1D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 w:rsidRPr="0026249A">
        <w:rPr>
          <w:rFonts w:ascii="Audiowide" w:hAnsi="Audiowide" w:cs="Arial"/>
          <w:color w:val="7030A0"/>
          <w:sz w:val="24"/>
          <w:szCs w:val="24"/>
        </w:rPr>
        <w:t xml:space="preserve">4. </w:t>
      </w:r>
      <w:proofErr w:type="spellStart"/>
      <w:r w:rsidRPr="0026249A">
        <w:rPr>
          <w:rFonts w:ascii="Audiowide" w:hAnsi="Audiowide" w:cs="Arial"/>
          <w:color w:val="7030A0"/>
          <w:sz w:val="24"/>
          <w:szCs w:val="24"/>
        </w:rPr>
        <w:t>Zgody</w:t>
      </w:r>
      <w:proofErr w:type="spellEnd"/>
      <w:r w:rsidRPr="0026249A">
        <w:rPr>
          <w:rFonts w:ascii="Audiowide" w:hAnsi="Audiowide" w:cs="Arial"/>
          <w:color w:val="7030A0"/>
          <w:sz w:val="24"/>
          <w:szCs w:val="24"/>
        </w:rPr>
        <w:t xml:space="preserve"> </w:t>
      </w:r>
      <w:proofErr w:type="spellStart"/>
      <w:r w:rsidRPr="0026249A">
        <w:rPr>
          <w:rFonts w:ascii="Audiowide" w:hAnsi="Audiowide" w:cs="Arial"/>
          <w:color w:val="7030A0"/>
          <w:sz w:val="24"/>
          <w:szCs w:val="24"/>
        </w:rPr>
        <w:t>rodzica</w:t>
      </w:r>
      <w:proofErr w:type="spellEnd"/>
      <w:r w:rsidRPr="0026249A">
        <w:rPr>
          <w:rFonts w:ascii="Audiowide" w:hAnsi="Audiowide" w:cs="Arial"/>
          <w:color w:val="7030A0"/>
          <w:sz w:val="24"/>
          <w:szCs w:val="24"/>
        </w:rPr>
        <w:t xml:space="preserve"> </w:t>
      </w:r>
      <w:proofErr w:type="spellStart"/>
      <w:r w:rsidRPr="0026249A">
        <w:rPr>
          <w:rFonts w:ascii="Audiowide" w:hAnsi="Audiowide" w:cs="Arial"/>
          <w:color w:val="7030A0"/>
          <w:sz w:val="24"/>
          <w:szCs w:val="24"/>
        </w:rPr>
        <w:t>lub</w:t>
      </w:r>
      <w:proofErr w:type="spellEnd"/>
      <w:r w:rsidRPr="0026249A">
        <w:rPr>
          <w:rFonts w:ascii="Audiowide" w:hAnsi="Audiowide" w:cs="Arial"/>
          <w:color w:val="7030A0"/>
          <w:sz w:val="24"/>
          <w:szCs w:val="24"/>
        </w:rPr>
        <w:t xml:space="preserve"> </w:t>
      </w:r>
      <w:proofErr w:type="spellStart"/>
      <w:r w:rsidRPr="0026249A">
        <w:rPr>
          <w:rFonts w:ascii="Audiowide" w:hAnsi="Audiowide" w:cs="Arial"/>
          <w:color w:val="7030A0"/>
          <w:sz w:val="24"/>
          <w:szCs w:val="24"/>
        </w:rPr>
        <w:t>opiekuna</w:t>
      </w:r>
      <w:proofErr w:type="spellEnd"/>
      <w:r w:rsidRPr="0026249A">
        <w:rPr>
          <w:rFonts w:ascii="Audiowide" w:hAnsi="Audiowide" w:cs="Arial"/>
          <w:color w:val="7030A0"/>
          <w:sz w:val="24"/>
          <w:szCs w:val="24"/>
        </w:rPr>
        <w:t xml:space="preserve"> </w:t>
      </w:r>
      <w:proofErr w:type="spellStart"/>
      <w:r w:rsidRPr="0026249A">
        <w:rPr>
          <w:rFonts w:ascii="Audiowide" w:hAnsi="Audiowide" w:cs="Arial"/>
          <w:color w:val="7030A0"/>
          <w:sz w:val="24"/>
          <w:szCs w:val="24"/>
        </w:rPr>
        <w:t>prawnego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221173" w:rsidRPr="009077F5" w14:paraId="5EE094FD" w14:textId="77777777" w:rsidTr="00F94DE6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2985EB" w14:textId="1FA33660" w:rsidR="00221173" w:rsidRPr="00AA0E1D" w:rsidRDefault="00AA0E1D" w:rsidP="00285381">
            <w:pPr>
              <w:jc w:val="both"/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 xml:space="preserve">Wyrażam zgodę na udział mojego dziecka w naborze oraz w działaniach </w:t>
            </w:r>
            <w:r w:rsidR="00285381">
              <w:rPr>
                <w:color w:val="000000"/>
                <w:sz w:val="20"/>
                <w:lang w:val="pl-PL"/>
              </w:rPr>
              <w:t>Rady Dziecięcej</w:t>
            </w:r>
            <w:r w:rsidRPr="00AA0E1D">
              <w:rPr>
                <w:color w:val="000000"/>
                <w:sz w:val="20"/>
                <w:lang w:val="pl-PL"/>
              </w:rPr>
              <w:t xml:space="preserve"> projektu </w:t>
            </w:r>
            <w:proofErr w:type="spellStart"/>
            <w:r w:rsidRPr="00AA0E1D">
              <w:rPr>
                <w:color w:val="000000"/>
                <w:sz w:val="20"/>
                <w:lang w:val="pl-PL"/>
              </w:rPr>
              <w:t>DigiGuard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>.</w:t>
            </w:r>
          </w:p>
          <w:p w14:paraId="56037D09" w14:textId="77777777" w:rsidR="00221173" w:rsidRPr="00AA0E1D" w:rsidRDefault="00AA0E1D" w:rsidP="00285381">
            <w:pPr>
              <w:spacing w:before="60"/>
              <w:jc w:val="both"/>
              <w:rPr>
                <w:lang w:val="pl-PL"/>
              </w:rPr>
            </w:pPr>
            <w:r w:rsidRPr="00AA0E1D">
              <w:rPr>
                <w:b/>
                <w:color w:val="000000"/>
                <w:sz w:val="20"/>
                <w:lang w:val="pl-PL"/>
              </w:rPr>
              <w:t>☐ Wyrażam zgodę    ☐ Nie wyrażam zgody</w:t>
            </w:r>
          </w:p>
        </w:tc>
      </w:tr>
    </w:tbl>
    <w:p w14:paraId="68C09C21" w14:textId="77777777" w:rsidR="00221173" w:rsidRPr="00AA0E1D" w:rsidRDefault="00221173" w:rsidP="00285381">
      <w:pPr>
        <w:spacing w:after="20"/>
        <w:jc w:val="both"/>
        <w:rPr>
          <w:lang w:val="pl-PL"/>
        </w:rPr>
      </w:pPr>
    </w:p>
    <w:tbl>
      <w:tblPr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936"/>
      </w:tblGrid>
      <w:tr w:rsidR="00221173" w:rsidRPr="009077F5" w14:paraId="30531981" w14:textId="77777777" w:rsidTr="00285381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327F3F" w14:textId="27604AB4" w:rsidR="00221173" w:rsidRPr="00AA0E1D" w:rsidRDefault="00AA0E1D" w:rsidP="00285381">
            <w:pPr>
              <w:shd w:val="clear" w:color="auto" w:fill="FFFFFF" w:themeFill="background1"/>
              <w:jc w:val="both"/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Wyrażam zgodę na przetwarzanie danych mojego dziecka w celu przyjęcia i oceny</w:t>
            </w:r>
            <w:r w:rsidR="00285381">
              <w:rPr>
                <w:color w:val="000000"/>
                <w:sz w:val="20"/>
                <w:lang w:val="pl-PL"/>
              </w:rPr>
              <w:t xml:space="preserve"> zgłoszenia, wyboru członków Rady Dziecięcej</w:t>
            </w:r>
            <w:r w:rsidRPr="00AA0E1D">
              <w:rPr>
                <w:color w:val="000000"/>
                <w:sz w:val="20"/>
                <w:lang w:val="pl-PL"/>
              </w:rPr>
              <w:t>, organizacji udziału, kontaktu, zapewnienia bezpieczeństwa oraz realizacji projektu.</w:t>
            </w:r>
          </w:p>
          <w:p w14:paraId="6C4864E2" w14:textId="77777777" w:rsidR="00221173" w:rsidRPr="00AA0E1D" w:rsidRDefault="00AA0E1D" w:rsidP="00285381">
            <w:pPr>
              <w:shd w:val="clear" w:color="auto" w:fill="FFFFFF" w:themeFill="background1"/>
              <w:spacing w:before="60"/>
              <w:jc w:val="both"/>
              <w:rPr>
                <w:lang w:val="pl-PL"/>
              </w:rPr>
            </w:pPr>
            <w:r w:rsidRPr="00AA0E1D">
              <w:rPr>
                <w:b/>
                <w:color w:val="000000"/>
                <w:sz w:val="20"/>
                <w:lang w:val="pl-PL"/>
              </w:rPr>
              <w:t>☐ Wyrażam zgodę    ☐ Nie wyrażam zgody</w:t>
            </w:r>
          </w:p>
        </w:tc>
      </w:tr>
    </w:tbl>
    <w:p w14:paraId="7F0636D0" w14:textId="77777777" w:rsidR="00221173" w:rsidRPr="00AA0E1D" w:rsidRDefault="00221173">
      <w:pPr>
        <w:spacing w:after="2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221173" w:rsidRPr="009077F5" w14:paraId="3C4D0AFB" w14:textId="77777777" w:rsidTr="00285381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71B84F" w14:textId="77777777" w:rsidR="00221173" w:rsidRPr="00AA0E1D" w:rsidRDefault="00AA0E1D" w:rsidP="00285381">
            <w:pPr>
              <w:jc w:val="both"/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Wyrażam zgodę na przetwarzanie materiału przekazanego w zgłoszeniu, w tym tekstu, nagrania głosowego, nagrania wideo, rysunku lub innej pracy wizualnej.</w:t>
            </w:r>
          </w:p>
          <w:p w14:paraId="21B87429" w14:textId="77777777" w:rsidR="00221173" w:rsidRPr="00AA0E1D" w:rsidRDefault="00AA0E1D" w:rsidP="00285381">
            <w:pPr>
              <w:spacing w:before="60"/>
              <w:jc w:val="both"/>
              <w:rPr>
                <w:lang w:val="pl-PL"/>
              </w:rPr>
            </w:pPr>
            <w:r w:rsidRPr="00AA0E1D">
              <w:rPr>
                <w:b/>
                <w:color w:val="000000"/>
                <w:sz w:val="20"/>
                <w:lang w:val="pl-PL"/>
              </w:rPr>
              <w:t>☐ Wyrażam zgodę    ☐ Nie wyrażam zgody</w:t>
            </w:r>
          </w:p>
        </w:tc>
      </w:tr>
    </w:tbl>
    <w:p w14:paraId="72AB20F6" w14:textId="77777777" w:rsidR="00221173" w:rsidRPr="00AA0E1D" w:rsidRDefault="00221173" w:rsidP="00285381">
      <w:pPr>
        <w:spacing w:after="20"/>
        <w:jc w:val="both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221173" w:rsidRPr="009077F5" w14:paraId="049C9E37" w14:textId="77777777" w:rsidTr="00285381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1C7F25" w14:textId="53C5431E" w:rsidR="00221173" w:rsidRPr="00AA0E1D" w:rsidRDefault="00AA0E1D" w:rsidP="00285381">
            <w:pPr>
              <w:jc w:val="both"/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Przyjmuję do wiadomości, że dane związane ze zgł</w:t>
            </w:r>
            <w:r w:rsidR="00285381">
              <w:rPr>
                <w:color w:val="000000"/>
                <w:sz w:val="20"/>
                <w:lang w:val="pl-PL"/>
              </w:rPr>
              <w:t>oszeniem, zgodą i udziałem w Radzie Dziecięcej</w:t>
            </w:r>
            <w:r w:rsidRPr="00AA0E1D">
              <w:rPr>
                <w:color w:val="000000"/>
                <w:sz w:val="20"/>
                <w:lang w:val="pl-PL"/>
              </w:rPr>
              <w:t xml:space="preserve"> będą przechowywane w bezpiecznym systemie do końca projektu oraz przez pięć lat po jego zakończeniu, zgodnie z wymaganiami dokumentacji projektu.</w:t>
            </w:r>
          </w:p>
          <w:p w14:paraId="224678FF" w14:textId="77777777" w:rsidR="00221173" w:rsidRPr="00AA0E1D" w:rsidRDefault="00AA0E1D" w:rsidP="00285381">
            <w:pPr>
              <w:spacing w:before="60"/>
              <w:jc w:val="both"/>
              <w:rPr>
                <w:lang w:val="pl-PL"/>
              </w:rPr>
            </w:pPr>
            <w:r w:rsidRPr="00AA0E1D">
              <w:rPr>
                <w:b/>
                <w:color w:val="000000"/>
                <w:sz w:val="20"/>
                <w:lang w:val="pl-PL"/>
              </w:rPr>
              <w:t>☐ Wyrażam zgodę    ☐ Nie wyrażam zgody</w:t>
            </w:r>
          </w:p>
        </w:tc>
      </w:tr>
    </w:tbl>
    <w:p w14:paraId="076E53B7" w14:textId="77777777" w:rsidR="00221173" w:rsidRPr="00AA0E1D" w:rsidRDefault="00221173" w:rsidP="00285381">
      <w:pPr>
        <w:spacing w:after="20"/>
        <w:jc w:val="both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221173" w:rsidRPr="009077F5" w14:paraId="1C2FAEC0" w14:textId="77777777" w:rsidTr="00285381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8E3BA5" w14:textId="01D42AD1" w:rsidR="00221173" w:rsidRPr="00AA0E1D" w:rsidRDefault="00AA0E1D" w:rsidP="00285381">
            <w:pPr>
              <w:jc w:val="both"/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lastRenderedPageBreak/>
              <w:t>Przyjmuję do wiadomości, że dane będą dostę</w:t>
            </w:r>
            <w:r w:rsidR="00285381">
              <w:rPr>
                <w:color w:val="000000"/>
                <w:sz w:val="20"/>
                <w:lang w:val="pl-PL"/>
              </w:rPr>
              <w:t>pne wyłącznie dla krajowego Koordynatora do spraw Rady Dziecięcej</w:t>
            </w:r>
            <w:r w:rsidRPr="00AA0E1D">
              <w:rPr>
                <w:color w:val="000000"/>
                <w:sz w:val="20"/>
                <w:lang w:val="pl-PL"/>
              </w:rPr>
              <w:t xml:space="preserve"> oraz wskazanych pracowników projektu bezpośrednio zaangażowanych w</w:t>
            </w:r>
            <w:r w:rsidR="00285381">
              <w:rPr>
                <w:color w:val="000000"/>
                <w:sz w:val="20"/>
                <w:lang w:val="pl-PL"/>
              </w:rPr>
              <w:t xml:space="preserve"> ocenę zgłoszeń, organizację Rady Dziecięcej</w:t>
            </w:r>
            <w:r w:rsidRPr="00AA0E1D">
              <w:rPr>
                <w:color w:val="000000"/>
                <w:sz w:val="20"/>
                <w:lang w:val="pl-PL"/>
              </w:rPr>
              <w:t xml:space="preserve"> i realizację działań.</w:t>
            </w:r>
            <w:r w:rsidR="00956F60">
              <w:rPr>
                <w:color w:val="000000"/>
                <w:sz w:val="20"/>
                <w:lang w:val="pl-PL"/>
              </w:rPr>
              <w:t xml:space="preserve"> </w:t>
            </w:r>
            <w:r w:rsidR="00956F60">
              <w:rPr>
                <w:color w:val="000000"/>
                <w:sz w:val="19"/>
                <w:lang w:val="pl-PL"/>
              </w:rPr>
              <w:t>KMOP oraz pozostali partnerzy konsorcjum otrzymają wyłącznie informacje niezbędne do koordynacji i raportowania</w:t>
            </w:r>
          </w:p>
          <w:p w14:paraId="2192EA35" w14:textId="77777777" w:rsidR="00221173" w:rsidRPr="00AA0E1D" w:rsidRDefault="00AA0E1D" w:rsidP="00285381">
            <w:pPr>
              <w:spacing w:before="60"/>
              <w:jc w:val="both"/>
              <w:rPr>
                <w:lang w:val="pl-PL"/>
              </w:rPr>
            </w:pPr>
            <w:r w:rsidRPr="00AA0E1D">
              <w:rPr>
                <w:b/>
                <w:color w:val="000000"/>
                <w:sz w:val="20"/>
                <w:lang w:val="pl-PL"/>
              </w:rPr>
              <w:t>☐ Wyrażam zgodę    ☐ Nie wyrażam zgody</w:t>
            </w:r>
          </w:p>
        </w:tc>
      </w:tr>
    </w:tbl>
    <w:p w14:paraId="6C4FB7C4" w14:textId="77777777" w:rsidR="00221173" w:rsidRPr="00AA0E1D" w:rsidRDefault="00221173">
      <w:pPr>
        <w:spacing w:after="20"/>
        <w:rPr>
          <w:lang w:val="pl-PL"/>
        </w:rPr>
      </w:pPr>
    </w:p>
    <w:p w14:paraId="2E641AF3" w14:textId="679B8793" w:rsidR="00221173" w:rsidRPr="009077F5" w:rsidRDefault="00AA0E1D" w:rsidP="00632B04">
      <w:pPr>
        <w:rPr>
          <w:b/>
          <w:bCs/>
          <w:lang w:val="pl-PL"/>
        </w:rPr>
      </w:pPr>
      <w:r w:rsidRPr="009077F5">
        <w:rPr>
          <w:rFonts w:ascii="Audiowide" w:hAnsi="Audiowide" w:cs="Arial"/>
          <w:b/>
          <w:bCs/>
          <w:color w:val="7030A0"/>
          <w:sz w:val="24"/>
          <w:szCs w:val="24"/>
          <w:lang w:val="pl-PL"/>
        </w:rPr>
        <w:t>5. Odrębne zgody na publiczne wykorzystanie danych</w:t>
      </w:r>
    </w:p>
    <w:p w14:paraId="516AAED9" w14:textId="6A40B7F2" w:rsidR="00221173" w:rsidRPr="00AA0E1D" w:rsidRDefault="00AA0E1D">
      <w:pPr>
        <w:spacing w:before="60" w:after="100"/>
        <w:rPr>
          <w:lang w:val="pl-PL"/>
        </w:rPr>
      </w:pPr>
      <w:r w:rsidRPr="00AA0E1D">
        <w:rPr>
          <w:b/>
          <w:color w:val="000000"/>
          <w:sz w:val="19"/>
          <w:lang w:val="pl-PL"/>
        </w:rPr>
        <w:t>Uwaga.</w:t>
      </w:r>
      <w:r w:rsidRPr="00AA0E1D">
        <w:rPr>
          <w:color w:val="444444"/>
          <w:sz w:val="19"/>
          <w:lang w:val="pl-PL"/>
        </w:rPr>
        <w:t xml:space="preserve"> </w:t>
      </w:r>
      <w:r w:rsidRPr="00607B57">
        <w:rPr>
          <w:sz w:val="19"/>
          <w:lang w:val="pl-PL"/>
        </w:rPr>
        <w:t>Każda z poniższych zgód jest dobrowolna. Można nie wyrazić żadnej z nich. Odmowa nie wpływa na</w:t>
      </w:r>
      <w:r w:rsidR="00607B57" w:rsidRPr="00607B57">
        <w:rPr>
          <w:sz w:val="19"/>
          <w:lang w:val="pl-PL"/>
        </w:rPr>
        <w:t xml:space="preserve"> wybór ani udział dziecka w Radzie Dziecięcej projektu </w:t>
      </w:r>
      <w:proofErr w:type="spellStart"/>
      <w:r w:rsidR="00607B57" w:rsidRPr="00607B57">
        <w:rPr>
          <w:sz w:val="19"/>
          <w:lang w:val="pl-PL"/>
        </w:rPr>
        <w:t>DigiGuard</w:t>
      </w:r>
      <w:proofErr w:type="spellEnd"/>
      <w:r w:rsidR="00607B57" w:rsidRPr="00607B57">
        <w:rPr>
          <w:sz w:val="19"/>
          <w:lang w:val="pl-PL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221173" w:rsidRPr="009077F5" w14:paraId="0E59D685" w14:textId="77777777" w:rsidTr="00285381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C29B1E" w14:textId="77777777" w:rsidR="00221173" w:rsidRPr="00AA0E1D" w:rsidRDefault="00AA0E1D" w:rsidP="00285381">
            <w:pPr>
              <w:jc w:val="both"/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 xml:space="preserve">Wyrażam zgodę na publiczne wykorzystanie imienia mojego dziecka w materiałach projektu </w:t>
            </w:r>
            <w:proofErr w:type="spellStart"/>
            <w:r w:rsidRPr="00AA0E1D">
              <w:rPr>
                <w:color w:val="000000"/>
                <w:sz w:val="20"/>
                <w:lang w:val="pl-PL"/>
              </w:rPr>
              <w:t>DigiGuard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>.</w:t>
            </w:r>
          </w:p>
          <w:p w14:paraId="38C59109" w14:textId="77777777" w:rsidR="00221173" w:rsidRPr="00AA0E1D" w:rsidRDefault="00AA0E1D" w:rsidP="00285381">
            <w:pPr>
              <w:spacing w:before="60"/>
              <w:jc w:val="both"/>
              <w:rPr>
                <w:lang w:val="pl-PL"/>
              </w:rPr>
            </w:pPr>
            <w:r w:rsidRPr="00AA0E1D">
              <w:rPr>
                <w:b/>
                <w:color w:val="000000"/>
                <w:sz w:val="20"/>
                <w:lang w:val="pl-PL"/>
              </w:rPr>
              <w:t>☐ Wyrażam zgodę    ☐ Nie wyrażam zgody</w:t>
            </w:r>
          </w:p>
        </w:tc>
      </w:tr>
    </w:tbl>
    <w:p w14:paraId="27877466" w14:textId="77777777" w:rsidR="00221173" w:rsidRPr="00AA0E1D" w:rsidRDefault="00221173" w:rsidP="00285381">
      <w:pPr>
        <w:spacing w:after="20"/>
        <w:jc w:val="both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221173" w:rsidRPr="009077F5" w14:paraId="61F3DA53" w14:textId="77777777" w:rsidTr="00285381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893CDB" w14:textId="77777777" w:rsidR="00221173" w:rsidRPr="00AA0E1D" w:rsidRDefault="00AA0E1D" w:rsidP="00285381">
            <w:pPr>
              <w:jc w:val="both"/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 xml:space="preserve">Wyrażam zgodę na publiczne wykorzystanie wizerunku mojego dziecka w materiałach projektu </w:t>
            </w:r>
            <w:proofErr w:type="spellStart"/>
            <w:r w:rsidRPr="00AA0E1D">
              <w:rPr>
                <w:color w:val="000000"/>
                <w:sz w:val="20"/>
                <w:lang w:val="pl-PL"/>
              </w:rPr>
              <w:t>DigiGuard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>.</w:t>
            </w:r>
          </w:p>
          <w:p w14:paraId="35F06232" w14:textId="77777777" w:rsidR="00221173" w:rsidRPr="00AA0E1D" w:rsidRDefault="00AA0E1D" w:rsidP="00285381">
            <w:pPr>
              <w:spacing w:before="60"/>
              <w:jc w:val="both"/>
              <w:rPr>
                <w:lang w:val="pl-PL"/>
              </w:rPr>
            </w:pPr>
            <w:r w:rsidRPr="00AA0E1D">
              <w:rPr>
                <w:b/>
                <w:color w:val="000000"/>
                <w:sz w:val="20"/>
                <w:lang w:val="pl-PL"/>
              </w:rPr>
              <w:t>☐ Wyrażam zgodę    ☐ Nie wyrażam zgody</w:t>
            </w:r>
          </w:p>
        </w:tc>
      </w:tr>
    </w:tbl>
    <w:p w14:paraId="630B8AE6" w14:textId="77777777" w:rsidR="00221173" w:rsidRPr="00AA0E1D" w:rsidRDefault="00221173" w:rsidP="00285381">
      <w:pPr>
        <w:spacing w:after="20"/>
        <w:jc w:val="both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221173" w:rsidRPr="009077F5" w14:paraId="68F16FE9" w14:textId="77777777" w:rsidTr="00285381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DC9735" w14:textId="77777777" w:rsidR="00221173" w:rsidRPr="00AA0E1D" w:rsidRDefault="00AA0E1D" w:rsidP="00285381">
            <w:pPr>
              <w:jc w:val="both"/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 xml:space="preserve">Wyrażam zgodę na publiczne wykorzystanie głosu mojego dziecka w materiałach projektu </w:t>
            </w:r>
            <w:proofErr w:type="spellStart"/>
            <w:r w:rsidRPr="00AA0E1D">
              <w:rPr>
                <w:color w:val="000000"/>
                <w:sz w:val="20"/>
                <w:lang w:val="pl-PL"/>
              </w:rPr>
              <w:t>DigiGuard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>.</w:t>
            </w:r>
          </w:p>
          <w:p w14:paraId="45A1BD8C" w14:textId="77777777" w:rsidR="00221173" w:rsidRPr="00AA0E1D" w:rsidRDefault="00AA0E1D" w:rsidP="00285381">
            <w:pPr>
              <w:spacing w:before="60"/>
              <w:jc w:val="both"/>
              <w:rPr>
                <w:lang w:val="pl-PL"/>
              </w:rPr>
            </w:pPr>
            <w:r w:rsidRPr="00AA0E1D">
              <w:rPr>
                <w:b/>
                <w:color w:val="000000"/>
                <w:sz w:val="20"/>
                <w:lang w:val="pl-PL"/>
              </w:rPr>
              <w:t>☐ Wyrażam zgodę    ☐ Nie wyrażam zgody</w:t>
            </w:r>
          </w:p>
        </w:tc>
      </w:tr>
    </w:tbl>
    <w:p w14:paraId="115F2580" w14:textId="77777777" w:rsidR="00221173" w:rsidRPr="00AA0E1D" w:rsidRDefault="00221173" w:rsidP="00285381">
      <w:pPr>
        <w:spacing w:after="20"/>
        <w:jc w:val="both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221173" w:rsidRPr="009077F5" w14:paraId="0B5426F1" w14:textId="77777777" w:rsidTr="00285381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2E498A" w14:textId="77777777" w:rsidR="00221173" w:rsidRPr="00AA0E1D" w:rsidRDefault="00AA0E1D" w:rsidP="00285381">
            <w:pPr>
              <w:shd w:val="clear" w:color="auto" w:fill="FFFFFF" w:themeFill="background1"/>
              <w:jc w:val="both"/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Wyrażam zgodę na publiczne wykorzystanie wypowiedzi mojego dziecka w formie cytatu lub krótkiego fragmentu jego pracy.</w:t>
            </w:r>
          </w:p>
          <w:p w14:paraId="2CC7E2CA" w14:textId="77777777" w:rsidR="00221173" w:rsidRPr="00AA0E1D" w:rsidRDefault="00AA0E1D" w:rsidP="00285381">
            <w:pPr>
              <w:spacing w:before="60"/>
              <w:jc w:val="both"/>
              <w:rPr>
                <w:lang w:val="pl-PL"/>
              </w:rPr>
            </w:pPr>
            <w:r w:rsidRPr="00AA0E1D">
              <w:rPr>
                <w:b/>
                <w:color w:val="000000"/>
                <w:sz w:val="20"/>
                <w:lang w:val="pl-PL"/>
              </w:rPr>
              <w:t>☐ Wyrażam zgodę    ☐ Nie wyrażam zgody</w:t>
            </w:r>
          </w:p>
        </w:tc>
      </w:tr>
    </w:tbl>
    <w:p w14:paraId="3666B0EF" w14:textId="77777777" w:rsidR="00221173" w:rsidRPr="00AA0E1D" w:rsidRDefault="00221173">
      <w:pPr>
        <w:spacing w:after="20"/>
        <w:rPr>
          <w:lang w:val="pl-PL"/>
        </w:rPr>
      </w:pPr>
    </w:p>
    <w:p w14:paraId="0CC5703E" w14:textId="697F00F8" w:rsidR="00221173" w:rsidRPr="009077F5" w:rsidRDefault="00AA0E1D" w:rsidP="00E91BC2">
      <w:pPr>
        <w:rPr>
          <w:b/>
          <w:bCs/>
          <w:lang w:val="pl-PL"/>
        </w:rPr>
      </w:pPr>
      <w:r w:rsidRPr="009077F5">
        <w:rPr>
          <w:rFonts w:ascii="Audiowide" w:hAnsi="Audiowide" w:cs="Arial"/>
          <w:b/>
          <w:bCs/>
          <w:color w:val="7030A0"/>
          <w:sz w:val="24"/>
          <w:szCs w:val="24"/>
          <w:lang w:val="pl-PL"/>
        </w:rPr>
        <w:t>6. Potwierdzenie dziecka</w:t>
      </w:r>
    </w:p>
    <w:p w14:paraId="0D6FAF34" w14:textId="77777777" w:rsidR="00221173" w:rsidRPr="00AA0E1D" w:rsidRDefault="00AA0E1D">
      <w:pPr>
        <w:spacing w:after="160"/>
        <w:rPr>
          <w:lang w:val="pl-PL"/>
        </w:rPr>
      </w:pPr>
      <w:r w:rsidRPr="00AA0E1D">
        <w:rPr>
          <w:color w:val="000000"/>
          <w:lang w:val="pl-PL"/>
        </w:rPr>
        <w:t>Przeczytaj lub wysłuchaj poniższych informacji. Jeżeli czegoś nie rozumiesz, możesz poprosić o wyjaśnienie. Nie musisz podpisywać się odręcznie. Możesz postawić własny znak, narysować coś albo potwierdzić zgodę głosem.</w:t>
      </w:r>
    </w:p>
    <w:p w14:paraId="10A1059B" w14:textId="77777777" w:rsidR="00221173" w:rsidRDefault="00AA0E1D">
      <w:proofErr w:type="spellStart"/>
      <w:r>
        <w:rPr>
          <w:b/>
          <w:color w:val="000000"/>
        </w:rPr>
        <w:t>Rozumiem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że</w:t>
      </w:r>
      <w:proofErr w:type="spellEnd"/>
      <w:r>
        <w:rPr>
          <w:b/>
          <w:color w:val="000000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221173" w:rsidRPr="009077F5" w14:paraId="7810A4D7" w14:textId="77777777" w:rsidTr="00285381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60C921" w14:textId="741235D8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 xml:space="preserve">☐ </w:t>
            </w:r>
            <w:r w:rsidR="00285381">
              <w:rPr>
                <w:color w:val="000000"/>
                <w:sz w:val="20"/>
                <w:lang w:val="pl-PL"/>
              </w:rPr>
              <w:t xml:space="preserve">Rada Dziecięca projektu </w:t>
            </w:r>
            <w:proofErr w:type="spellStart"/>
            <w:r w:rsidR="00285381">
              <w:rPr>
                <w:color w:val="000000"/>
                <w:sz w:val="20"/>
                <w:lang w:val="pl-PL"/>
              </w:rPr>
              <w:t>DigiGuard</w:t>
            </w:r>
            <w:proofErr w:type="spellEnd"/>
            <w:r w:rsidRPr="00AA0E1D">
              <w:rPr>
                <w:color w:val="000000"/>
                <w:sz w:val="20"/>
                <w:lang w:val="pl-PL"/>
              </w:rPr>
              <w:t xml:space="preserve"> to grupa dzieci i młodzieży, która dzieli się opiniami i pomysłami.</w:t>
            </w:r>
          </w:p>
        </w:tc>
      </w:tr>
      <w:tr w:rsidR="00221173" w:rsidRPr="009077F5" w14:paraId="1BEC3996" w14:textId="77777777" w:rsidTr="00285381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90D29A" w14:textId="48FADB1D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</w:t>
            </w:r>
            <w:r w:rsidR="00285381">
              <w:rPr>
                <w:color w:val="000000"/>
                <w:sz w:val="20"/>
                <w:lang w:val="pl-PL"/>
              </w:rPr>
              <w:t xml:space="preserve"> Będę mieć możliwość wyrażenia</w:t>
            </w:r>
            <w:r w:rsidRPr="00AA0E1D">
              <w:rPr>
                <w:color w:val="000000"/>
                <w:sz w:val="20"/>
                <w:lang w:val="pl-PL"/>
              </w:rPr>
              <w:t>, co myślę o działaniach i materiałach projektu.</w:t>
            </w:r>
          </w:p>
        </w:tc>
      </w:tr>
      <w:tr w:rsidR="00221173" w:rsidRPr="009077F5" w14:paraId="0A0CAC12" w14:textId="77777777" w:rsidTr="00285381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69E896" w14:textId="77777777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 Nie muszę odpowiadać na pytanie ani mówić o czymś, o czym nie chcę mówić.</w:t>
            </w:r>
          </w:p>
        </w:tc>
      </w:tr>
      <w:tr w:rsidR="00221173" w:rsidRPr="009077F5" w14:paraId="4B53E9A7" w14:textId="77777777" w:rsidTr="00285381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31DF65" w14:textId="77777777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 Mogę powiedzieć, że chcę przerwy albo że nie chcę brać udziału w konkretnej aktywności.</w:t>
            </w:r>
          </w:p>
        </w:tc>
      </w:tr>
      <w:tr w:rsidR="00221173" w:rsidRPr="009077F5" w14:paraId="0496CE96" w14:textId="77777777" w:rsidTr="00285381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377BD7" w14:textId="3823CB2A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 xml:space="preserve">☐ Mogę zmienić </w:t>
            </w:r>
            <w:r w:rsidR="00285381">
              <w:rPr>
                <w:color w:val="000000"/>
                <w:sz w:val="20"/>
                <w:lang w:val="pl-PL"/>
              </w:rPr>
              <w:t xml:space="preserve">zdanie i zakończyć udział w Radzie Dziecięcej projektu </w:t>
            </w:r>
            <w:r w:rsidRPr="00AA0E1D">
              <w:rPr>
                <w:color w:val="000000"/>
                <w:sz w:val="20"/>
                <w:lang w:val="pl-PL"/>
              </w:rPr>
              <w:t>w dowolnym momencie.</w:t>
            </w:r>
          </w:p>
        </w:tc>
      </w:tr>
      <w:tr w:rsidR="00221173" w:rsidRPr="009077F5" w14:paraId="5144DCDA" w14:textId="77777777" w:rsidTr="00285381">
        <w:trPr>
          <w:cantSplit/>
          <w:jc w:val="center"/>
        </w:trPr>
        <w:tc>
          <w:tcPr>
            <w:tcW w:w="1022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7FFE20" w14:textId="77777777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 Wiem, do kogo mogę zwrócić się z pytaniem albo obawą dotyczącą mojego bezpieczeństwa.</w:t>
            </w:r>
          </w:p>
        </w:tc>
      </w:tr>
    </w:tbl>
    <w:p w14:paraId="59D97F1F" w14:textId="77777777" w:rsidR="00221173" w:rsidRPr="00AA0E1D" w:rsidRDefault="00221173">
      <w:pPr>
        <w:spacing w:after="20"/>
        <w:rPr>
          <w:lang w:val="pl-PL"/>
        </w:rPr>
      </w:pPr>
    </w:p>
    <w:p w14:paraId="07EE9FA2" w14:textId="44CBD19D" w:rsidR="00221173" w:rsidRPr="00AA0E1D" w:rsidRDefault="00AA0E1D">
      <w:pPr>
        <w:rPr>
          <w:lang w:val="pl-PL"/>
        </w:rPr>
      </w:pPr>
      <w:r w:rsidRPr="00AA0E1D">
        <w:rPr>
          <w:b/>
          <w:color w:val="000000"/>
          <w:lang w:val="pl-PL"/>
        </w:rPr>
        <w:t>Moja</w:t>
      </w:r>
      <w:r w:rsidR="0026249A">
        <w:rPr>
          <w:b/>
          <w:color w:val="000000"/>
          <w:lang w:val="pl-PL"/>
        </w:rPr>
        <w:t xml:space="preserve"> decyzja dotycząca udziału w Radzie Dziecięcej projektu </w:t>
      </w:r>
      <w:proofErr w:type="spellStart"/>
      <w:r w:rsidR="0026249A">
        <w:rPr>
          <w:b/>
          <w:color w:val="000000"/>
          <w:lang w:val="pl-PL"/>
        </w:rPr>
        <w:t>DigiGuard</w:t>
      </w:r>
      <w:proofErr w:type="spellEnd"/>
      <w:r w:rsidRPr="00AA0E1D">
        <w:rPr>
          <w:b/>
          <w:color w:val="000000"/>
          <w:lang w:val="pl-PL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221173" w:rsidRPr="009077F5" w14:paraId="02E358D4" w14:textId="77777777">
        <w:trPr>
          <w:cantSplit/>
          <w:jc w:val="center"/>
        </w:trPr>
        <w:tc>
          <w:tcPr>
            <w:tcW w:w="3408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6EB562" w14:textId="77777777" w:rsidR="00221173" w:rsidRDefault="00AA0E1D">
            <w:r>
              <w:rPr>
                <w:color w:val="000000"/>
                <w:sz w:val="20"/>
              </w:rPr>
              <w:t xml:space="preserve">☐ Tak, </w:t>
            </w:r>
            <w:proofErr w:type="spellStart"/>
            <w:r>
              <w:rPr>
                <w:color w:val="000000"/>
                <w:sz w:val="20"/>
              </w:rPr>
              <w:t>chcę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wziąć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udział</w:t>
            </w:r>
            <w:proofErr w:type="spellEnd"/>
          </w:p>
        </w:tc>
        <w:tc>
          <w:tcPr>
            <w:tcW w:w="3408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315EE5" w14:textId="77777777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>☐ Nie, nie chcę brać udziału</w:t>
            </w:r>
          </w:p>
        </w:tc>
        <w:tc>
          <w:tcPr>
            <w:tcW w:w="3408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125F6A" w14:textId="5035D795" w:rsidR="00221173" w:rsidRPr="00AA0E1D" w:rsidRDefault="00AA0E1D">
            <w:pPr>
              <w:rPr>
                <w:lang w:val="pl-PL"/>
              </w:rPr>
            </w:pPr>
            <w:r w:rsidRPr="00AA0E1D">
              <w:rPr>
                <w:color w:val="000000"/>
                <w:sz w:val="20"/>
                <w:lang w:val="pl-PL"/>
              </w:rPr>
              <w:t xml:space="preserve">☐ Chcę jeszcze porozmawiać </w:t>
            </w:r>
            <w:r w:rsidR="00285381">
              <w:rPr>
                <w:color w:val="000000"/>
                <w:sz w:val="20"/>
                <w:lang w:val="pl-PL"/>
              </w:rPr>
              <w:br/>
            </w:r>
            <w:r w:rsidRPr="00AA0E1D">
              <w:rPr>
                <w:color w:val="000000"/>
                <w:sz w:val="20"/>
                <w:lang w:val="pl-PL"/>
              </w:rPr>
              <w:t>z osobą dorosłą</w:t>
            </w:r>
          </w:p>
        </w:tc>
      </w:tr>
    </w:tbl>
    <w:p w14:paraId="66D35F08" w14:textId="77777777" w:rsidR="00221173" w:rsidRPr="00AA0E1D" w:rsidRDefault="00221173">
      <w:pPr>
        <w:spacing w:after="2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6192"/>
      </w:tblGrid>
      <w:tr w:rsidR="00221173" w14:paraId="2B08571D" w14:textId="77777777" w:rsidTr="0026249A">
        <w:trPr>
          <w:cantSplit/>
          <w:trHeight w:val="159"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F1A194" w14:textId="44D74A80" w:rsidR="00221173" w:rsidRDefault="0026249A">
            <w:proofErr w:type="spellStart"/>
            <w:r>
              <w:rPr>
                <w:b/>
                <w:color w:val="000000"/>
                <w:sz w:val="19"/>
              </w:rPr>
              <w:t>Imię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dziecka</w:t>
            </w:r>
            <w:proofErr w:type="spellEnd"/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D09C48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221173" w14:paraId="4854C6D8" w14:textId="77777777" w:rsidTr="00285381">
        <w:trPr>
          <w:cantSplit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2CF05" w14:textId="77777777" w:rsidR="00221173" w:rsidRPr="00AA0E1D" w:rsidRDefault="00AA0E1D">
            <w:pPr>
              <w:rPr>
                <w:lang w:val="pl-PL"/>
              </w:rPr>
            </w:pPr>
            <w:r w:rsidRPr="00AA0E1D">
              <w:rPr>
                <w:b/>
                <w:color w:val="000000"/>
                <w:sz w:val="19"/>
                <w:lang w:val="pl-PL"/>
              </w:rPr>
              <w:t>Podpis, własny znak lub rysunek</w:t>
            </w:r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CCEAB3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221173" w14:paraId="10D056E6" w14:textId="77777777" w:rsidTr="00285381">
        <w:trPr>
          <w:cantSplit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5D22EF" w14:textId="77777777" w:rsidR="00221173" w:rsidRDefault="00AA0E1D">
            <w:r>
              <w:rPr>
                <w:b/>
                <w:color w:val="000000"/>
                <w:sz w:val="19"/>
              </w:rPr>
              <w:t>Data</w:t>
            </w:r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121C31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</w:tbl>
    <w:p w14:paraId="23A279E4" w14:textId="55E5F04D" w:rsidR="00221173" w:rsidRPr="00AA0E1D" w:rsidRDefault="00AA0E1D">
      <w:pPr>
        <w:spacing w:before="60" w:after="100"/>
        <w:rPr>
          <w:lang w:val="pl-PL"/>
        </w:rPr>
      </w:pPr>
      <w:r w:rsidRPr="00AA0E1D">
        <w:rPr>
          <w:b/>
          <w:color w:val="000000"/>
          <w:sz w:val="19"/>
          <w:lang w:val="pl-PL"/>
        </w:rPr>
        <w:t>Alternatywna forma.</w:t>
      </w:r>
      <w:r w:rsidRPr="00AA0E1D">
        <w:rPr>
          <w:color w:val="444444"/>
          <w:sz w:val="19"/>
          <w:lang w:val="pl-PL"/>
        </w:rPr>
        <w:t xml:space="preserve"> Jeżeli dziecko nie może lub ni</w:t>
      </w:r>
      <w:r w:rsidR="00285381">
        <w:rPr>
          <w:color w:val="444444"/>
          <w:sz w:val="19"/>
          <w:lang w:val="pl-PL"/>
        </w:rPr>
        <w:t>e chce podpisać formularza, Koordynator do spraw Rady Dziecięcej</w:t>
      </w:r>
      <w:r w:rsidRPr="00AA0E1D">
        <w:rPr>
          <w:color w:val="444444"/>
          <w:sz w:val="19"/>
          <w:lang w:val="pl-PL"/>
        </w:rPr>
        <w:t xml:space="preserve"> może odnotować</w:t>
      </w:r>
      <w:r w:rsidR="00E91BC2">
        <w:rPr>
          <w:color w:val="444444"/>
          <w:sz w:val="19"/>
          <w:lang w:val="pl-PL"/>
        </w:rPr>
        <w:t xml:space="preserve"> potwierdzenie głosowe dziecka.</w:t>
      </w:r>
      <w:r w:rsidR="00E91BC2">
        <w:rPr>
          <w:lang w:val="pl-PL"/>
        </w:rPr>
        <w:t xml:space="preserve"> </w:t>
      </w:r>
    </w:p>
    <w:p w14:paraId="2B2AEC7B" w14:textId="77777777" w:rsidR="00221173" w:rsidRPr="009077F5" w:rsidRDefault="00AA0E1D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9077F5">
        <w:rPr>
          <w:rFonts w:ascii="Audiowide" w:hAnsi="Audiowide" w:cs="Arial"/>
          <w:color w:val="7030A0"/>
          <w:sz w:val="24"/>
          <w:szCs w:val="24"/>
          <w:lang w:val="pl-PL"/>
        </w:rPr>
        <w:t>7. Informacja o wycofaniu zgody</w:t>
      </w:r>
    </w:p>
    <w:p w14:paraId="28BEFD8E" w14:textId="3BBD0386" w:rsidR="00221173" w:rsidRDefault="00AA0E1D" w:rsidP="00285381">
      <w:pPr>
        <w:jc w:val="both"/>
      </w:pPr>
      <w:r w:rsidRPr="00AA0E1D">
        <w:rPr>
          <w:color w:val="000000"/>
          <w:sz w:val="20"/>
          <w:lang w:val="pl-PL"/>
        </w:rPr>
        <w:t>Rodzic, opiekun prawny lub dziecko mo</w:t>
      </w:r>
      <w:r w:rsidR="00285381">
        <w:rPr>
          <w:color w:val="000000"/>
          <w:sz w:val="20"/>
          <w:lang w:val="pl-PL"/>
        </w:rPr>
        <w:t>że wycofać zgodę na udział w Radzie Dziecięcej projektu</w:t>
      </w:r>
      <w:r w:rsidRPr="00AA0E1D">
        <w:rPr>
          <w:color w:val="000000"/>
          <w:sz w:val="20"/>
          <w:lang w:val="pl-PL"/>
        </w:rPr>
        <w:t xml:space="preserve"> w dowolnym momencie. Nie trzeba podawać przyczyny. Wycofanie zgody nie powoduje negatywnych konsekwencji. </w:t>
      </w:r>
      <w:r w:rsidR="00285381">
        <w:rPr>
          <w:color w:val="000000"/>
          <w:sz w:val="20"/>
          <w:lang w:val="pl-PL"/>
        </w:rPr>
        <w:br/>
      </w:r>
      <w:r>
        <w:rPr>
          <w:color w:val="000000"/>
          <w:sz w:val="20"/>
        </w:rPr>
        <w:t xml:space="preserve">W </w:t>
      </w:r>
      <w:proofErr w:type="spellStart"/>
      <w:r>
        <w:rPr>
          <w:color w:val="000000"/>
          <w:sz w:val="20"/>
        </w:rPr>
        <w:t>celu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wycofania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zgody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należy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skontaktować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się</w:t>
      </w:r>
      <w:proofErr w:type="spellEnd"/>
      <w:r>
        <w:rPr>
          <w:color w:val="000000"/>
          <w:sz w:val="20"/>
        </w:rPr>
        <w:t xml:space="preserve"> z: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221173" w14:paraId="2D29DF5D" w14:textId="77777777" w:rsidTr="00285381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120661" w14:textId="026D232A" w:rsidR="00221173" w:rsidRPr="00285381" w:rsidRDefault="00285381">
            <w:pPr>
              <w:rPr>
                <w:lang w:val="pl-PL"/>
              </w:rPr>
            </w:pPr>
            <w:r w:rsidRPr="00285381">
              <w:rPr>
                <w:b/>
                <w:color w:val="000000"/>
                <w:sz w:val="19"/>
                <w:lang w:val="pl-PL"/>
              </w:rPr>
              <w:t>Koordynator do spraw Rady D</w:t>
            </w:r>
            <w:r>
              <w:rPr>
                <w:b/>
                <w:color w:val="000000"/>
                <w:sz w:val="19"/>
                <w:lang w:val="pl-PL"/>
              </w:rPr>
              <w:t>ziecięcej</w:t>
            </w:r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8B9041" w14:textId="44A80AE6" w:rsidR="00221173" w:rsidRDefault="00285381">
            <w:r>
              <w:rPr>
                <w:color w:val="000000"/>
                <w:sz w:val="20"/>
              </w:rPr>
              <w:t>Dominika Wilk</w:t>
            </w:r>
          </w:p>
        </w:tc>
      </w:tr>
      <w:tr w:rsidR="00221173" w14:paraId="453B8AF8" w14:textId="77777777" w:rsidTr="00285381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6AACC8" w14:textId="77777777" w:rsidR="00221173" w:rsidRDefault="00AA0E1D">
            <w:r>
              <w:rPr>
                <w:b/>
                <w:color w:val="000000"/>
                <w:sz w:val="19"/>
              </w:rPr>
              <w:t>Organizacja</w:t>
            </w:r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733EC3" w14:textId="086FA4E3" w:rsidR="00221173" w:rsidRDefault="0026249A">
            <w:r>
              <w:rPr>
                <w:color w:val="000000"/>
                <w:sz w:val="20"/>
              </w:rPr>
              <w:t>Fundacja PRO-</w:t>
            </w:r>
            <w:r w:rsidR="00AA0E1D">
              <w:rPr>
                <w:color w:val="000000"/>
                <w:sz w:val="20"/>
              </w:rPr>
              <w:t>FIL</w:t>
            </w:r>
          </w:p>
        </w:tc>
      </w:tr>
      <w:tr w:rsidR="00221173" w14:paraId="637BD1E4" w14:textId="77777777" w:rsidTr="00285381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4F148D" w14:textId="77777777" w:rsidR="00221173" w:rsidRDefault="00AA0E1D">
            <w:r>
              <w:rPr>
                <w:b/>
                <w:color w:val="000000"/>
                <w:sz w:val="19"/>
              </w:rPr>
              <w:t xml:space="preserve">Adres </w:t>
            </w:r>
            <w:proofErr w:type="spellStart"/>
            <w:r>
              <w:rPr>
                <w:b/>
                <w:color w:val="000000"/>
                <w:sz w:val="19"/>
              </w:rPr>
              <w:t>poczty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elektronicznej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D43180" w14:textId="72C1913E" w:rsidR="00221173" w:rsidRDefault="00285381">
            <w:r>
              <w:rPr>
                <w:color w:val="000000"/>
                <w:sz w:val="20"/>
              </w:rPr>
              <w:t>kontakt@fundacjaprofil.pl</w:t>
            </w:r>
          </w:p>
        </w:tc>
      </w:tr>
    </w:tbl>
    <w:p w14:paraId="569F91E5" w14:textId="48551039" w:rsidR="0026249A" w:rsidRDefault="0026249A">
      <w:pPr>
        <w:spacing w:after="20"/>
      </w:pPr>
    </w:p>
    <w:p w14:paraId="3FF5D002" w14:textId="1E39B2D3" w:rsidR="0026249A" w:rsidRDefault="0026249A">
      <w:pPr>
        <w:spacing w:after="20"/>
      </w:pPr>
    </w:p>
    <w:p w14:paraId="384C6FD4" w14:textId="77777777" w:rsidR="00221173" w:rsidRPr="0026249A" w:rsidRDefault="00AA0E1D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26249A">
        <w:rPr>
          <w:rFonts w:ascii="Audiowide" w:hAnsi="Audiowide" w:cs="Arial"/>
          <w:color w:val="7030A0"/>
          <w:sz w:val="24"/>
          <w:szCs w:val="24"/>
          <w:lang w:val="pl-PL"/>
        </w:rPr>
        <w:t>8. Informacja dotycząca danych osobowych</w:t>
      </w:r>
    </w:p>
    <w:p w14:paraId="676AFA65" w14:textId="2D5FC324" w:rsidR="00221173" w:rsidRPr="00AA0E1D" w:rsidRDefault="00AA0E1D" w:rsidP="00285381">
      <w:pPr>
        <w:jc w:val="both"/>
        <w:rPr>
          <w:lang w:val="pl-PL"/>
        </w:rPr>
      </w:pPr>
      <w:r w:rsidRPr="00AA0E1D">
        <w:rPr>
          <w:color w:val="000000"/>
          <w:sz w:val="19"/>
          <w:lang w:val="pl-PL"/>
        </w:rPr>
        <w:t xml:space="preserve">Administratorem danych jest Fundacja </w:t>
      </w:r>
      <w:r w:rsidR="00285381">
        <w:rPr>
          <w:color w:val="000000"/>
          <w:sz w:val="19"/>
          <w:lang w:val="pl-PL"/>
        </w:rPr>
        <w:t xml:space="preserve">na Rzecz Psychoprofilaktyki Społecznej PRO FIL, ul. Unii Lubelskiej 6/8 Rzeszów, 35-016 Rzeszów, kontakt mailowy: </w:t>
      </w:r>
      <w:r w:rsidR="00285381">
        <w:fldChar w:fldCharType="begin"/>
      </w:r>
      <w:r w:rsidR="00285381" w:rsidRPr="009077F5">
        <w:rPr>
          <w:lang w:val="pl-PL"/>
        </w:rPr>
        <w:instrText>HYPERLINK "mailto:kontakt@fundacjaprofil.pl"</w:instrText>
      </w:r>
      <w:r w:rsidR="00285381">
        <w:fldChar w:fldCharType="separate"/>
      </w:r>
      <w:r w:rsidR="00285381" w:rsidRPr="005C2AD2">
        <w:rPr>
          <w:rStyle w:val="Hipercze"/>
          <w:sz w:val="19"/>
          <w:lang w:val="pl-PL"/>
        </w:rPr>
        <w:t>kontakt@fundacjaprofil.pl</w:t>
      </w:r>
      <w:r w:rsidR="00285381">
        <w:fldChar w:fldCharType="end"/>
      </w:r>
      <w:r w:rsidR="00285381">
        <w:rPr>
          <w:color w:val="000000"/>
          <w:sz w:val="19"/>
          <w:lang w:val="pl-PL"/>
        </w:rPr>
        <w:t xml:space="preserve">. Dane </w:t>
      </w:r>
      <w:r w:rsidRPr="00AA0E1D">
        <w:rPr>
          <w:color w:val="000000"/>
          <w:sz w:val="19"/>
          <w:lang w:val="pl-PL"/>
        </w:rPr>
        <w:t>są przetwarzane w celu przeprowadzenia nabor</w:t>
      </w:r>
      <w:r w:rsidR="00285381">
        <w:rPr>
          <w:color w:val="000000"/>
          <w:sz w:val="19"/>
          <w:lang w:val="pl-PL"/>
        </w:rPr>
        <w:t>u, organizacji i prowadzenia Rady Dziecięcej</w:t>
      </w:r>
      <w:r w:rsidRPr="00AA0E1D">
        <w:rPr>
          <w:color w:val="000000"/>
          <w:sz w:val="19"/>
          <w:lang w:val="pl-PL"/>
        </w:rPr>
        <w:t xml:space="preserve">, kontaktu, zapewnienia bezpieczeństwa dzieci, dokumentowania udziału oraz realizacji i rozliczenia projektu </w:t>
      </w:r>
      <w:proofErr w:type="spellStart"/>
      <w:r w:rsidRPr="00AA0E1D">
        <w:rPr>
          <w:color w:val="000000"/>
          <w:sz w:val="19"/>
          <w:lang w:val="pl-PL"/>
        </w:rPr>
        <w:t>DigiGuard</w:t>
      </w:r>
      <w:proofErr w:type="spellEnd"/>
      <w:r w:rsidRPr="00AA0E1D">
        <w:rPr>
          <w:color w:val="000000"/>
          <w:sz w:val="19"/>
          <w:lang w:val="pl-PL"/>
        </w:rPr>
        <w:t xml:space="preserve">. Szczegółowe informacje </w:t>
      </w:r>
      <w:r w:rsidR="00285381">
        <w:rPr>
          <w:color w:val="000000"/>
          <w:sz w:val="19"/>
          <w:lang w:val="pl-PL"/>
        </w:rPr>
        <w:t>zawiera Polityka prywatności Rady Dziecięcej projektu</w:t>
      </w:r>
      <w:r w:rsidRPr="00AA0E1D">
        <w:rPr>
          <w:color w:val="000000"/>
          <w:sz w:val="19"/>
          <w:lang w:val="pl-PL"/>
        </w:rPr>
        <w:t xml:space="preserve"> przekazana razem z tym formularzem.</w:t>
      </w:r>
    </w:p>
    <w:p w14:paraId="0E14E17E" w14:textId="12A1E05C" w:rsidR="00221173" w:rsidRPr="00AA0E1D" w:rsidRDefault="00AA0E1D" w:rsidP="00285381">
      <w:pPr>
        <w:jc w:val="both"/>
        <w:rPr>
          <w:lang w:val="pl-PL"/>
        </w:rPr>
      </w:pPr>
      <w:r w:rsidRPr="00AA0E1D">
        <w:rPr>
          <w:color w:val="000000"/>
          <w:sz w:val="19"/>
          <w:lang w:val="pl-PL"/>
        </w:rPr>
        <w:t xml:space="preserve">Rodzic, opiekun prawny oraz dziecko, stosownie do wieku i możliwości komunikacji, mogą korzystać z praw wynikających z RODO, w szczególności z prawa dostępu do danych, ich sprostowania, ograniczenia przetwarzania, usunięcia </w:t>
      </w:r>
      <w:r w:rsidR="00285381">
        <w:rPr>
          <w:color w:val="000000"/>
          <w:sz w:val="19"/>
          <w:lang w:val="pl-PL"/>
        </w:rPr>
        <w:br/>
      </w:r>
      <w:r w:rsidRPr="00AA0E1D">
        <w:rPr>
          <w:color w:val="000000"/>
          <w:sz w:val="19"/>
          <w:lang w:val="pl-PL"/>
        </w:rPr>
        <w:t>w przypadkach przewidzianych prawem oraz wycofania zgody. Możliwe jest także wniesienie skargi do Prezesa Urzędu Ochrony Danych Osobowych.</w:t>
      </w:r>
    </w:p>
    <w:p w14:paraId="521B485C" w14:textId="77777777" w:rsidR="00221173" w:rsidRPr="0026249A" w:rsidRDefault="00AA0E1D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 w:rsidRPr="0026249A">
        <w:rPr>
          <w:rFonts w:ascii="Audiowide" w:hAnsi="Audiowide" w:cs="Arial"/>
          <w:color w:val="7030A0"/>
          <w:sz w:val="24"/>
          <w:szCs w:val="24"/>
        </w:rPr>
        <w:t xml:space="preserve">9. </w:t>
      </w:r>
      <w:proofErr w:type="spellStart"/>
      <w:r w:rsidRPr="0026249A">
        <w:rPr>
          <w:rFonts w:ascii="Audiowide" w:hAnsi="Audiowide" w:cs="Arial"/>
          <w:color w:val="7030A0"/>
          <w:sz w:val="24"/>
          <w:szCs w:val="24"/>
        </w:rPr>
        <w:t>Podpisy</w:t>
      </w:r>
      <w:proofErr w:type="spellEnd"/>
      <w:r w:rsidRPr="0026249A">
        <w:rPr>
          <w:rFonts w:ascii="Audiowide" w:hAnsi="Audiowide" w:cs="Arial"/>
          <w:color w:val="7030A0"/>
          <w:sz w:val="24"/>
          <w:szCs w:val="24"/>
        </w:rPr>
        <w:t xml:space="preserve"> i </w:t>
      </w:r>
      <w:proofErr w:type="spellStart"/>
      <w:r w:rsidRPr="0026249A">
        <w:rPr>
          <w:rFonts w:ascii="Audiowide" w:hAnsi="Audiowide" w:cs="Arial"/>
          <w:color w:val="7030A0"/>
          <w:sz w:val="24"/>
          <w:szCs w:val="24"/>
        </w:rPr>
        <w:t>potwierdzenie</w:t>
      </w:r>
      <w:proofErr w:type="spellEnd"/>
      <w:r w:rsidRPr="0026249A">
        <w:rPr>
          <w:rFonts w:ascii="Audiowide" w:hAnsi="Audiowide" w:cs="Arial"/>
          <w:color w:val="7030A0"/>
          <w:sz w:val="24"/>
          <w:szCs w:val="24"/>
        </w:rPr>
        <w:t xml:space="preserve"> </w:t>
      </w:r>
      <w:proofErr w:type="spellStart"/>
      <w:r w:rsidRPr="0026249A">
        <w:rPr>
          <w:rFonts w:ascii="Audiowide" w:hAnsi="Audiowide" w:cs="Arial"/>
          <w:color w:val="7030A0"/>
          <w:sz w:val="24"/>
          <w:szCs w:val="24"/>
        </w:rPr>
        <w:t>przyjęcia</w:t>
      </w:r>
      <w:proofErr w:type="spellEnd"/>
      <w:r w:rsidRPr="0026249A">
        <w:rPr>
          <w:rFonts w:ascii="Audiowide" w:hAnsi="Audiowide" w:cs="Arial"/>
          <w:color w:val="7030A0"/>
          <w:sz w:val="24"/>
          <w:szCs w:val="24"/>
        </w:rPr>
        <w:t xml:space="preserve"> </w:t>
      </w:r>
      <w:proofErr w:type="spellStart"/>
      <w:r w:rsidRPr="0026249A">
        <w:rPr>
          <w:rFonts w:ascii="Audiowide" w:hAnsi="Audiowide" w:cs="Arial"/>
          <w:color w:val="7030A0"/>
          <w:sz w:val="24"/>
          <w:szCs w:val="24"/>
        </w:rPr>
        <w:t>zgody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6192"/>
      </w:tblGrid>
      <w:tr w:rsidR="00221173" w14:paraId="605E7C29" w14:textId="77777777" w:rsidTr="00285381">
        <w:trPr>
          <w:cantSplit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B3C3FD" w14:textId="77777777" w:rsidR="00221173" w:rsidRPr="00AA0E1D" w:rsidRDefault="00AA0E1D">
            <w:pPr>
              <w:rPr>
                <w:lang w:val="pl-PL"/>
              </w:rPr>
            </w:pPr>
            <w:r w:rsidRPr="00AA0E1D">
              <w:rPr>
                <w:b/>
                <w:color w:val="000000"/>
                <w:sz w:val="19"/>
                <w:lang w:val="pl-PL"/>
              </w:rPr>
              <w:t>Imię i nazwisko rodzica lub opiekuna</w:t>
            </w:r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72C78F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221173" w14:paraId="2B2B4C50" w14:textId="77777777" w:rsidTr="00285381">
        <w:trPr>
          <w:cantSplit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CE081D" w14:textId="77777777" w:rsidR="00221173" w:rsidRDefault="00AA0E1D">
            <w:proofErr w:type="spellStart"/>
            <w:r>
              <w:rPr>
                <w:b/>
                <w:color w:val="000000"/>
                <w:sz w:val="19"/>
              </w:rPr>
              <w:t>Podpis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rodzica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lub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opiekuna</w:t>
            </w:r>
            <w:proofErr w:type="spellEnd"/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1A047F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221173" w14:paraId="74CACF53" w14:textId="77777777" w:rsidTr="00285381">
        <w:trPr>
          <w:cantSplit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1B5A2D" w14:textId="77777777" w:rsidR="00221173" w:rsidRDefault="00AA0E1D">
            <w:r>
              <w:rPr>
                <w:b/>
                <w:color w:val="000000"/>
                <w:sz w:val="19"/>
              </w:rPr>
              <w:t>Data</w:t>
            </w:r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5F4445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221173" w14:paraId="765C7979" w14:textId="77777777" w:rsidTr="00285381">
        <w:trPr>
          <w:cantSplit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808F33" w14:textId="2C67A1FF" w:rsidR="00221173" w:rsidRPr="00285381" w:rsidRDefault="00285381">
            <w:pPr>
              <w:rPr>
                <w:lang w:val="pl-PL"/>
              </w:rPr>
            </w:pPr>
            <w:r w:rsidRPr="00285381">
              <w:rPr>
                <w:b/>
                <w:color w:val="000000"/>
                <w:sz w:val="19"/>
                <w:lang w:val="pl-PL"/>
              </w:rPr>
              <w:t>Imię i nazwisko Koordynatora d</w:t>
            </w:r>
            <w:r>
              <w:rPr>
                <w:b/>
                <w:color w:val="000000"/>
                <w:sz w:val="19"/>
                <w:lang w:val="pl-PL"/>
              </w:rPr>
              <w:t>o spraw Rady Dziecięcej</w:t>
            </w:r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026EAC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221173" w14:paraId="50144507" w14:textId="77777777" w:rsidTr="00285381">
        <w:trPr>
          <w:cantSplit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AD119D" w14:textId="50A82A44" w:rsidR="00221173" w:rsidRPr="00285381" w:rsidRDefault="00AA0E1D" w:rsidP="0044099B">
            <w:pPr>
              <w:rPr>
                <w:lang w:val="pl-PL"/>
              </w:rPr>
            </w:pPr>
            <w:r w:rsidRPr="00285381">
              <w:rPr>
                <w:b/>
                <w:color w:val="000000"/>
                <w:sz w:val="19"/>
                <w:lang w:val="pl-PL"/>
              </w:rPr>
              <w:t xml:space="preserve">Podpis </w:t>
            </w:r>
            <w:r w:rsidR="00285381" w:rsidRPr="00285381">
              <w:rPr>
                <w:b/>
                <w:color w:val="000000"/>
                <w:sz w:val="19"/>
                <w:lang w:val="pl-PL"/>
              </w:rPr>
              <w:t>Koordynatora d</w:t>
            </w:r>
            <w:r w:rsidR="00285381">
              <w:rPr>
                <w:b/>
                <w:color w:val="000000"/>
                <w:sz w:val="19"/>
                <w:lang w:val="pl-PL"/>
              </w:rPr>
              <w:t>o spraw Rady Dziecięcej</w:t>
            </w:r>
            <w:r w:rsidR="00285381" w:rsidRPr="00285381">
              <w:rPr>
                <w:b/>
                <w:color w:val="000000"/>
                <w:sz w:val="19"/>
                <w:lang w:val="pl-PL"/>
              </w:rPr>
              <w:t xml:space="preserve"> </w:t>
            </w:r>
            <w:r w:rsidRPr="00285381">
              <w:rPr>
                <w:b/>
                <w:color w:val="000000"/>
                <w:sz w:val="19"/>
                <w:lang w:val="pl-PL"/>
              </w:rPr>
              <w:t>potwierdzający przyjęcie</w:t>
            </w:r>
            <w:r w:rsidR="00285381">
              <w:rPr>
                <w:b/>
                <w:color w:val="000000"/>
                <w:sz w:val="19"/>
                <w:lang w:val="pl-PL"/>
              </w:rPr>
              <w:t xml:space="preserve"> </w:t>
            </w:r>
            <w:r w:rsidR="0044099B">
              <w:rPr>
                <w:b/>
                <w:color w:val="000000"/>
                <w:sz w:val="19"/>
                <w:lang w:val="pl-PL"/>
              </w:rPr>
              <w:t>formularza zgody</w:t>
            </w:r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899B37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221173" w14:paraId="1E8C0242" w14:textId="77777777" w:rsidTr="00285381">
        <w:trPr>
          <w:cantSplit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A8F24A" w14:textId="2D1E281C" w:rsidR="00221173" w:rsidRPr="00285381" w:rsidRDefault="00AA0E1D">
            <w:pPr>
              <w:rPr>
                <w:lang w:val="pl-PL"/>
              </w:rPr>
            </w:pPr>
            <w:r w:rsidRPr="00285381">
              <w:rPr>
                <w:b/>
                <w:color w:val="000000"/>
                <w:sz w:val="19"/>
                <w:lang w:val="pl-PL"/>
              </w:rPr>
              <w:t>Data przyjęcia</w:t>
            </w:r>
            <w:r w:rsidR="00285381" w:rsidRPr="00285381">
              <w:rPr>
                <w:b/>
                <w:color w:val="000000"/>
                <w:sz w:val="19"/>
                <w:lang w:val="pl-PL"/>
              </w:rPr>
              <w:t xml:space="preserve"> </w:t>
            </w:r>
            <w:r w:rsidR="0044099B">
              <w:rPr>
                <w:b/>
                <w:color w:val="000000"/>
                <w:sz w:val="19"/>
                <w:lang w:val="pl-PL"/>
              </w:rPr>
              <w:t>formularza zgody</w:t>
            </w:r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63C511" w14:textId="77777777" w:rsidR="00221173" w:rsidRDefault="00AA0E1D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</w:tbl>
    <w:p w14:paraId="19D6C123" w14:textId="6AC5F05B" w:rsidR="00221173" w:rsidRDefault="00221173" w:rsidP="00AA0E1D"/>
    <w:p w14:paraId="5CA9E8CA" w14:textId="11569505" w:rsidR="00E91BC2" w:rsidRDefault="00E91BC2" w:rsidP="00E91BC2">
      <w:pPr>
        <w:spacing w:before="60" w:after="100"/>
        <w:rPr>
          <w:rFonts w:cs="Arial"/>
          <w:sz w:val="20"/>
          <w:szCs w:val="20"/>
          <w:lang w:val="pl-PL"/>
        </w:rPr>
      </w:pPr>
    </w:p>
    <w:p w14:paraId="29B56B22" w14:textId="77777777" w:rsidR="00E91BC2" w:rsidRDefault="00E91BC2" w:rsidP="00E91BC2">
      <w:pPr>
        <w:spacing w:before="60" w:after="100"/>
        <w:rPr>
          <w:rFonts w:cs="Arial"/>
          <w:sz w:val="20"/>
          <w:szCs w:val="20"/>
          <w:lang w:val="pl-PL"/>
        </w:rPr>
      </w:pPr>
    </w:p>
    <w:p w14:paraId="19D091B5" w14:textId="77777777" w:rsidR="00E91BC2" w:rsidRDefault="00E91BC2" w:rsidP="00E91BC2">
      <w:pPr>
        <w:spacing w:before="60" w:after="100"/>
        <w:rPr>
          <w:rFonts w:cs="Arial"/>
          <w:sz w:val="20"/>
          <w:szCs w:val="20"/>
          <w:lang w:val="pl-PL"/>
        </w:rPr>
      </w:pPr>
    </w:p>
    <w:p w14:paraId="51C21CB0" w14:textId="77777777" w:rsidR="00E91BC2" w:rsidRDefault="00E91BC2" w:rsidP="00E91BC2">
      <w:pPr>
        <w:spacing w:before="60" w:after="100"/>
        <w:jc w:val="center"/>
        <w:rPr>
          <w:rFonts w:cs="Arial"/>
          <w:sz w:val="20"/>
          <w:szCs w:val="20"/>
          <w:lang w:val="pl-PL"/>
        </w:rPr>
      </w:pPr>
    </w:p>
    <w:p w14:paraId="17EA6A96" w14:textId="7172876C" w:rsidR="0029304F" w:rsidRDefault="0029304F" w:rsidP="00E91BC2">
      <w:pPr>
        <w:spacing w:before="60" w:after="100"/>
        <w:jc w:val="center"/>
        <w:rPr>
          <w:rFonts w:cs="Arial"/>
          <w:sz w:val="20"/>
          <w:szCs w:val="20"/>
          <w:lang w:val="pl-PL"/>
        </w:rPr>
      </w:pPr>
      <w:r w:rsidRPr="004D4360">
        <w:rPr>
          <w:rFonts w:cs="Arial" w:hint="eastAsia"/>
          <w:sz w:val="20"/>
          <w:szCs w:val="20"/>
          <w:lang w:val="pl-PL"/>
        </w:rPr>
        <w:t xml:space="preserve">Projekt ten otrzymał dofinansowanie w ramach europejskiego programu EACEA na podstawie umowy </w:t>
      </w:r>
      <w:r w:rsidRPr="004D4360">
        <w:rPr>
          <w:rFonts w:cs="Arial"/>
          <w:sz w:val="20"/>
          <w:szCs w:val="20"/>
          <w:lang w:val="pl-PL"/>
        </w:rPr>
        <w:br/>
      </w:r>
      <w:r w:rsidRPr="004D4360">
        <w:rPr>
          <w:rFonts w:cs="Arial" w:hint="eastAsia"/>
          <w:sz w:val="20"/>
          <w:szCs w:val="20"/>
          <w:lang w:val="pl-PL"/>
        </w:rPr>
        <w:t>o dotację nr 101253420 CERV 2025-CHILD. Poglądy i opinie wyrażone w niniejszym dokumencie są wyłączną odpowiedzialnością autora i nie muszą odzwierciedlać stanowiska Komisji Europejskiej</w:t>
      </w:r>
    </w:p>
    <w:p w14:paraId="1707C9BF" w14:textId="77777777" w:rsidR="0029304F" w:rsidRDefault="0029304F" w:rsidP="00E91BC2">
      <w:pPr>
        <w:spacing w:before="60" w:after="100"/>
        <w:jc w:val="center"/>
        <w:rPr>
          <w:rFonts w:cs="Arial"/>
          <w:sz w:val="20"/>
          <w:szCs w:val="20"/>
          <w:lang w:val="pl-PL"/>
        </w:rPr>
      </w:pPr>
    </w:p>
    <w:p w14:paraId="20D36248" w14:textId="77777777" w:rsidR="0029304F" w:rsidRDefault="0029304F" w:rsidP="0029304F">
      <w:pPr>
        <w:spacing w:before="60" w:after="100"/>
        <w:jc w:val="center"/>
        <w:rPr>
          <w:lang w:val="pl-PL"/>
        </w:rPr>
      </w:pPr>
      <w:r>
        <w:rPr>
          <w:rFonts w:cs="Arial"/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 wp14:anchorId="78D23F31" wp14:editId="34CF3F20">
            <wp:simplePos x="0" y="0"/>
            <wp:positionH relativeFrom="column">
              <wp:posOffset>0</wp:posOffset>
            </wp:positionH>
            <wp:positionV relativeFrom="paragraph">
              <wp:posOffset>227965</wp:posOffset>
            </wp:positionV>
            <wp:extent cx="6188710" cy="1775891"/>
            <wp:effectExtent l="0" t="0" r="2540" b="0"/>
            <wp:wrapThrough wrapText="bothSides">
              <wp:wrapPolygon edited="0">
                <wp:start x="0" y="0"/>
                <wp:lineTo x="0" y="21322"/>
                <wp:lineTo x="21542" y="21322"/>
                <wp:lineTo x="21542" y="0"/>
                <wp:lineTo x="0" y="0"/>
              </wp:wrapPolygon>
            </wp:wrapThrough>
            <wp:docPr id="2" name="Obraz 2" descr="C:\Users\karol\AppData\Local\Microsoft\Windows\INetCache\Content.MSO\DAD0E73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ol\AppData\Local\Microsoft\Windows\INetCache\Content.MSO\DAD0E73B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177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E18FB" w14:textId="6A1392DF" w:rsidR="0029304F" w:rsidRPr="00846AD1" w:rsidRDefault="00E91BC2" w:rsidP="0029304F">
      <w:pPr>
        <w:rPr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60288" behindDoc="0" locked="0" layoutInCell="1" allowOverlap="1" wp14:anchorId="0DB58013" wp14:editId="0BF66C73">
            <wp:simplePos x="0" y="0"/>
            <wp:positionH relativeFrom="margin">
              <wp:align>center</wp:align>
            </wp:positionH>
            <wp:positionV relativeFrom="paragraph">
              <wp:posOffset>1975485</wp:posOffset>
            </wp:positionV>
            <wp:extent cx="2095500" cy="400050"/>
            <wp:effectExtent l="0" t="0" r="0" b="0"/>
            <wp:wrapThrough wrapText="bothSides">
              <wp:wrapPolygon edited="0">
                <wp:start x="0" y="0"/>
                <wp:lineTo x="0" y="20571"/>
                <wp:lineTo x="6480" y="20571"/>
                <wp:lineTo x="18655" y="19543"/>
                <wp:lineTo x="18458" y="16457"/>
                <wp:lineTo x="21404" y="8229"/>
                <wp:lineTo x="21404" y="2057"/>
                <wp:lineTo x="6480" y="0"/>
                <wp:lineTo x="0" y="0"/>
              </wp:wrapPolygon>
            </wp:wrapThrough>
            <wp:docPr id="3" name="Obraz 3" descr="C:\Users\karol\AppData\Local\Temp\44c2aeea-fbc7-4866-8177-1e03d0471e4d_pl.zip.e4d\PL\horizontal\PNG\PL Dofinansowane przez UE_P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ol\AppData\Local\Temp\44c2aeea-fbc7-4866-8177-1e03d0471e4d_pl.zip.e4d\PL\horizontal\PNG\PL Dofinansowane przez UE_PO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8E443" w14:textId="3588BC47" w:rsidR="0029304F" w:rsidRDefault="0029304F" w:rsidP="0029304F">
      <w:pPr>
        <w:rPr>
          <w:lang w:val="pl-PL"/>
        </w:rPr>
      </w:pPr>
    </w:p>
    <w:p w14:paraId="5229C55E" w14:textId="77777777" w:rsidR="0029304F" w:rsidRDefault="0029304F" w:rsidP="0029304F">
      <w:pPr>
        <w:rPr>
          <w:lang w:val="pl-PL"/>
        </w:rPr>
      </w:pPr>
    </w:p>
    <w:p w14:paraId="278577A0" w14:textId="77777777" w:rsidR="0029304F" w:rsidRDefault="0029304F" w:rsidP="0029304F">
      <w:pPr>
        <w:jc w:val="center"/>
        <w:rPr>
          <w:rStyle w:val="agcmg"/>
          <w:rFonts w:cs="Arial"/>
          <w:sz w:val="20"/>
          <w:szCs w:val="20"/>
          <w:lang w:val="pl-PL"/>
        </w:rPr>
      </w:pPr>
      <w:r>
        <w:rPr>
          <w:lang w:val="pl-PL"/>
        </w:rPr>
        <w:tab/>
      </w:r>
    </w:p>
    <w:p w14:paraId="464AEBBF" w14:textId="77777777" w:rsidR="0029304F" w:rsidRPr="00F474BF" w:rsidRDefault="0029304F" w:rsidP="0029304F">
      <w:pPr>
        <w:jc w:val="center"/>
        <w:rPr>
          <w:rFonts w:cs="Arial"/>
          <w:lang w:val="pl-PL"/>
        </w:rPr>
      </w:pPr>
      <w:r w:rsidRPr="004D4360">
        <w:rPr>
          <w:rStyle w:val="agcmg"/>
          <w:rFonts w:cs="Arial"/>
          <w:sz w:val="20"/>
          <w:szCs w:val="20"/>
          <w:lang w:val="pl-PL"/>
        </w:rPr>
        <w:t xml:space="preserve">Sfinansowane ze środków UE. Wyrażone poglądy i opinie są jedynie opiniami autora lub autorów </w:t>
      </w:r>
      <w:r w:rsidRPr="004D4360">
        <w:rPr>
          <w:rStyle w:val="agcmg"/>
          <w:rFonts w:cs="Arial"/>
          <w:sz w:val="20"/>
          <w:szCs w:val="20"/>
          <w:lang w:val="pl-PL"/>
        </w:rPr>
        <w:br/>
        <w:t>i niekoniecznie odzwierciedlają poglądy i opinie Unii Europejskiej lub Europejskiej Agencji Wykonawczej ds. Edukacji i Kultury (EACEA). Unia Europejska ani EACEA nie ponoszą za nie odpowiedzialności.</w:t>
      </w:r>
    </w:p>
    <w:p w14:paraId="4342E830" w14:textId="77777777" w:rsidR="0029304F" w:rsidRPr="00846AD1" w:rsidRDefault="0029304F" w:rsidP="0029304F">
      <w:pPr>
        <w:tabs>
          <w:tab w:val="left" w:pos="7896"/>
        </w:tabs>
        <w:rPr>
          <w:lang w:val="pl-PL"/>
        </w:rPr>
      </w:pPr>
    </w:p>
    <w:p w14:paraId="140253E5" w14:textId="77777777" w:rsidR="0029304F" w:rsidRPr="0026249A" w:rsidRDefault="0029304F" w:rsidP="00AA0E1D">
      <w:pPr>
        <w:rPr>
          <w:lang w:val="pl-PL"/>
        </w:rPr>
      </w:pPr>
    </w:p>
    <w:sectPr w:rsidR="0029304F" w:rsidRPr="0026249A" w:rsidSect="00034616">
      <w:footerReference w:type="default" r:id="rId11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FD981" w14:textId="77777777" w:rsidR="00DC2E3F" w:rsidRDefault="00DC2E3F">
      <w:pPr>
        <w:spacing w:after="0" w:line="240" w:lineRule="auto"/>
      </w:pPr>
      <w:r>
        <w:separator/>
      </w:r>
    </w:p>
  </w:endnote>
  <w:endnote w:type="continuationSeparator" w:id="0">
    <w:p w14:paraId="69C82B93" w14:textId="77777777" w:rsidR="00DC2E3F" w:rsidRDefault="00DC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udiowide">
    <w:altName w:val="Calibri"/>
    <w:charset w:val="EE"/>
    <w:family w:val="auto"/>
    <w:pitch w:val="variable"/>
    <w:sig w:usb0="A000006F" w:usb1="40000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B051" w14:textId="69A79977" w:rsidR="00221173" w:rsidRDefault="0022117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99C18" w14:textId="77777777" w:rsidR="00DC2E3F" w:rsidRDefault="00DC2E3F">
      <w:pPr>
        <w:spacing w:after="0" w:line="240" w:lineRule="auto"/>
      </w:pPr>
      <w:r>
        <w:separator/>
      </w:r>
    </w:p>
  </w:footnote>
  <w:footnote w:type="continuationSeparator" w:id="0">
    <w:p w14:paraId="7634078F" w14:textId="77777777" w:rsidR="00DC2E3F" w:rsidRDefault="00DC2E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4501529">
    <w:abstractNumId w:val="8"/>
  </w:num>
  <w:num w:numId="2" w16cid:durableId="284627385">
    <w:abstractNumId w:val="6"/>
  </w:num>
  <w:num w:numId="3" w16cid:durableId="1091656010">
    <w:abstractNumId w:val="5"/>
  </w:num>
  <w:num w:numId="4" w16cid:durableId="1197351941">
    <w:abstractNumId w:val="4"/>
  </w:num>
  <w:num w:numId="5" w16cid:durableId="1851991551">
    <w:abstractNumId w:val="7"/>
  </w:num>
  <w:num w:numId="6" w16cid:durableId="483622863">
    <w:abstractNumId w:val="3"/>
  </w:num>
  <w:num w:numId="7" w16cid:durableId="674069184">
    <w:abstractNumId w:val="2"/>
  </w:num>
  <w:num w:numId="8" w16cid:durableId="261185342">
    <w:abstractNumId w:val="1"/>
  </w:num>
  <w:num w:numId="9" w16cid:durableId="216014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1173"/>
    <w:rsid w:val="0026249A"/>
    <w:rsid w:val="00285381"/>
    <w:rsid w:val="0029304F"/>
    <w:rsid w:val="0029639D"/>
    <w:rsid w:val="002E5AC1"/>
    <w:rsid w:val="00326F90"/>
    <w:rsid w:val="003B19B7"/>
    <w:rsid w:val="0044099B"/>
    <w:rsid w:val="004A0FB2"/>
    <w:rsid w:val="005D088D"/>
    <w:rsid w:val="00607B57"/>
    <w:rsid w:val="00632B04"/>
    <w:rsid w:val="006474A0"/>
    <w:rsid w:val="007F4A50"/>
    <w:rsid w:val="009077F5"/>
    <w:rsid w:val="00956F60"/>
    <w:rsid w:val="00AA0E1D"/>
    <w:rsid w:val="00AA1D8D"/>
    <w:rsid w:val="00B21E53"/>
    <w:rsid w:val="00B47730"/>
    <w:rsid w:val="00BB3B05"/>
    <w:rsid w:val="00C13E97"/>
    <w:rsid w:val="00C65CC8"/>
    <w:rsid w:val="00CB0664"/>
    <w:rsid w:val="00DC2E3F"/>
    <w:rsid w:val="00E13755"/>
    <w:rsid w:val="00E87B17"/>
    <w:rsid w:val="00E91BC2"/>
    <w:rsid w:val="00F94DE6"/>
    <w:rsid w:val="00FC693F"/>
    <w:rsid w:val="00FE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8BF1A47-B2A8-462A-9A8E-70167FB9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  <w:spacing w:before="180"/>
    </w:pPr>
    <w:rPr>
      <w:rFonts w:asciiTheme="majorHAnsi" w:eastAsiaTheme="majorEastAsia" w:hAnsiTheme="majorHAnsi" w:cstheme="majorBidi"/>
      <w:i/>
      <w:iCs/>
      <w:color w:val="000000"/>
      <w:spacing w:val="15"/>
      <w:sz w:val="22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285381"/>
    <w:rPr>
      <w:color w:val="0000FF" w:themeColor="hyperlink"/>
      <w:u w:val="single"/>
    </w:rPr>
  </w:style>
  <w:style w:type="character" w:customStyle="1" w:styleId="agcmg">
    <w:name w:val="a_gcmg"/>
    <w:basedOn w:val="Domylnaczcionkaakapitu"/>
    <w:rsid w:val="00293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00B4A9-C467-48AD-B8A6-093D7E640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1178</Words>
  <Characters>7071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Krzysztof Stępień</cp:lastModifiedBy>
  <cp:revision>11</cp:revision>
  <dcterms:created xsi:type="dcterms:W3CDTF">2026-09-22T08:29:00Z</dcterms:created>
  <dcterms:modified xsi:type="dcterms:W3CDTF">2026-09-23T07:07:00Z</dcterms:modified>
  <cp:category/>
</cp:coreProperties>
</file>