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717E0" w14:textId="2D03AA00" w:rsidR="007E261D" w:rsidRDefault="007E261D" w:rsidP="007E261D">
      <w:pPr>
        <w:spacing w:after="160"/>
        <w:jc w:val="center"/>
        <w:rPr>
          <w:rFonts w:cs="Arial"/>
          <w:b/>
          <w:color w:val="7030A0"/>
          <w:sz w:val="40"/>
          <w:szCs w:val="40"/>
          <w:lang w:val="pl-PL"/>
        </w:rPr>
      </w:pPr>
      <w:r>
        <w:rPr>
          <w:rFonts w:cs="Arial"/>
          <w:b/>
          <w:noProof/>
          <w:color w:val="7030A0"/>
          <w:sz w:val="40"/>
          <w:szCs w:val="40"/>
          <w:lang w:val="pl-PL" w:eastAsia="pl-PL"/>
        </w:rPr>
        <w:drawing>
          <wp:anchor distT="0" distB="0" distL="114300" distR="114300" simplePos="0" relativeHeight="251660288" behindDoc="0" locked="0" layoutInCell="1" allowOverlap="1" wp14:anchorId="4CA16410" wp14:editId="43679775">
            <wp:simplePos x="0" y="0"/>
            <wp:positionH relativeFrom="column">
              <wp:posOffset>1402080</wp:posOffset>
            </wp:positionH>
            <wp:positionV relativeFrom="paragraph">
              <wp:posOffset>-414655</wp:posOffset>
            </wp:positionV>
            <wp:extent cx="3663932" cy="990600"/>
            <wp:effectExtent l="0" t="0" r="0" b="0"/>
            <wp:wrapNone/>
            <wp:docPr id="1" name="Obraz 1" descr="C:\Users\karol\AppData\Local\Microsoft\Windows\INetCache\Content.MSO\AF850E7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ol\AppData\Local\Microsoft\Windows\INetCache\Content.MSO\AF850E7E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32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16D67D" w14:textId="77777777" w:rsidR="00815AFC" w:rsidRDefault="00815AFC" w:rsidP="007E261D">
      <w:pPr>
        <w:spacing w:after="160"/>
        <w:jc w:val="center"/>
        <w:rPr>
          <w:rFonts w:ascii="Audiowide" w:hAnsi="Audiowide" w:cs="Arial"/>
          <w:b/>
          <w:color w:val="7030A0"/>
          <w:sz w:val="40"/>
          <w:szCs w:val="40"/>
          <w:lang w:val="pl-PL"/>
        </w:rPr>
      </w:pPr>
    </w:p>
    <w:p w14:paraId="41BEB565" w14:textId="4B182381" w:rsidR="007E261D" w:rsidRPr="00815AFC" w:rsidRDefault="007E261D" w:rsidP="007E261D">
      <w:pPr>
        <w:spacing w:after="160"/>
        <w:jc w:val="center"/>
        <w:rPr>
          <w:rFonts w:ascii="Audiowide" w:hAnsi="Audiowide"/>
          <w:b/>
          <w:color w:val="E51909"/>
          <w:sz w:val="36"/>
          <w:szCs w:val="36"/>
          <w:lang w:val="pl-PL"/>
        </w:rPr>
      </w:pPr>
      <w:r w:rsidRPr="00815AFC">
        <w:rPr>
          <w:rFonts w:ascii="Audiowide" w:hAnsi="Audiowide" w:cs="Arial"/>
          <w:b/>
          <w:color w:val="7030A0"/>
          <w:sz w:val="36"/>
          <w:szCs w:val="36"/>
          <w:lang w:val="pl-PL"/>
        </w:rPr>
        <w:t>FORMULARZ ZGŁOSZENIOWY DO RADY DZIECIĘCEJ DZIAŁAJĄCEJ W</w:t>
      </w:r>
      <w:r w:rsidRPr="00815AFC">
        <w:rPr>
          <w:rFonts w:ascii="Audiowide" w:hAnsi="Audiowide"/>
          <w:b/>
          <w:color w:val="7030A0"/>
          <w:sz w:val="36"/>
          <w:szCs w:val="36"/>
          <w:lang w:val="pl-PL"/>
        </w:rPr>
        <w:t xml:space="preserve"> RAMACH PROJEKTU DIGI</w:t>
      </w:r>
      <w:r w:rsidRPr="00815AFC">
        <w:rPr>
          <w:rFonts w:ascii="Audiowide" w:hAnsi="Audiowide"/>
          <w:b/>
          <w:color w:val="E51909"/>
          <w:sz w:val="36"/>
          <w:szCs w:val="36"/>
          <w:lang w:val="pl-PL"/>
        </w:rPr>
        <w:t>GUARD</w:t>
      </w:r>
    </w:p>
    <w:tbl>
      <w:tblPr>
        <w:tblStyle w:val="Tabela-Siatka"/>
        <w:tblW w:w="0" w:type="auto"/>
        <w:tblInd w:w="628" w:type="dxa"/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D05145" w:rsidRPr="0096541F" w14:paraId="2831561A" w14:textId="77777777" w:rsidTr="00D05145">
        <w:tc>
          <w:tcPr>
            <w:tcW w:w="2268" w:type="dxa"/>
            <w:shd w:val="clear" w:color="auto" w:fill="E5DFEC" w:themeFill="accent4" w:themeFillTint="33"/>
          </w:tcPr>
          <w:p w14:paraId="4B24A3E6" w14:textId="77777777" w:rsidR="00D05145" w:rsidRPr="0096541F" w:rsidRDefault="00D05145" w:rsidP="00400B43">
            <w:pPr>
              <w:rPr>
                <w:rFonts w:cs="Arial"/>
              </w:rPr>
            </w:pPr>
            <w:r w:rsidRPr="0096541F">
              <w:rPr>
                <w:rFonts w:cs="Arial"/>
                <w:b/>
                <w:sz w:val="19"/>
              </w:rPr>
              <w:t>Projekt</w:t>
            </w:r>
          </w:p>
        </w:tc>
        <w:tc>
          <w:tcPr>
            <w:tcW w:w="6236" w:type="dxa"/>
          </w:tcPr>
          <w:p w14:paraId="57B0797B" w14:textId="77777777" w:rsidR="00D05145" w:rsidRPr="0096541F" w:rsidRDefault="00D05145" w:rsidP="00400B43">
            <w:pPr>
              <w:rPr>
                <w:rFonts w:cs="Arial"/>
              </w:rPr>
            </w:pPr>
            <w:proofErr w:type="spellStart"/>
            <w:r w:rsidRPr="0096541F">
              <w:rPr>
                <w:rFonts w:cs="Arial"/>
                <w:sz w:val="19"/>
              </w:rPr>
              <w:t>DigiGuard</w:t>
            </w:r>
            <w:proofErr w:type="spellEnd"/>
          </w:p>
        </w:tc>
      </w:tr>
      <w:tr w:rsidR="00D05145" w:rsidRPr="0096541F" w14:paraId="421C6421" w14:textId="77777777" w:rsidTr="00D05145">
        <w:tc>
          <w:tcPr>
            <w:tcW w:w="2268" w:type="dxa"/>
            <w:shd w:val="clear" w:color="auto" w:fill="E5DFEC" w:themeFill="accent4" w:themeFillTint="33"/>
          </w:tcPr>
          <w:p w14:paraId="07C0E4F0" w14:textId="77777777" w:rsidR="00D05145" w:rsidRPr="0096541F" w:rsidRDefault="00D05145" w:rsidP="00400B43">
            <w:pPr>
              <w:rPr>
                <w:rFonts w:cs="Arial"/>
                <w:b/>
                <w:sz w:val="19"/>
              </w:rPr>
            </w:pPr>
            <w:proofErr w:type="spellStart"/>
            <w:r>
              <w:rPr>
                <w:rFonts w:cs="Arial"/>
                <w:b/>
                <w:sz w:val="19"/>
              </w:rPr>
              <w:t>Numer</w:t>
            </w:r>
            <w:proofErr w:type="spellEnd"/>
            <w:r>
              <w:rPr>
                <w:rFonts w:cs="Arial"/>
                <w:b/>
                <w:sz w:val="19"/>
              </w:rPr>
              <w:t xml:space="preserve"> </w:t>
            </w:r>
            <w:proofErr w:type="spellStart"/>
            <w:r>
              <w:rPr>
                <w:rFonts w:cs="Arial"/>
                <w:b/>
                <w:sz w:val="19"/>
              </w:rPr>
              <w:t>umowy</w:t>
            </w:r>
            <w:proofErr w:type="spellEnd"/>
            <w:r>
              <w:rPr>
                <w:rFonts w:cs="Arial"/>
                <w:b/>
                <w:sz w:val="19"/>
              </w:rPr>
              <w:t xml:space="preserve"> </w:t>
            </w:r>
            <w:proofErr w:type="spellStart"/>
            <w:r>
              <w:rPr>
                <w:rFonts w:cs="Arial"/>
                <w:b/>
                <w:sz w:val="19"/>
              </w:rPr>
              <w:t>grantowej</w:t>
            </w:r>
            <w:proofErr w:type="spellEnd"/>
          </w:p>
        </w:tc>
        <w:tc>
          <w:tcPr>
            <w:tcW w:w="6236" w:type="dxa"/>
          </w:tcPr>
          <w:p w14:paraId="0E1B753A" w14:textId="77777777" w:rsidR="00D05145" w:rsidRPr="009141B9" w:rsidRDefault="00D05145" w:rsidP="0040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l-PL" w:eastAsia="pl-PL"/>
              </w:rPr>
            </w:pPr>
            <w:r w:rsidRPr="009141B9">
              <w:rPr>
                <w:rFonts w:eastAsia="Times New Roman" w:cs="Arial"/>
                <w:bCs/>
                <w:color w:val="000000"/>
                <w:sz w:val="19"/>
                <w:szCs w:val="19"/>
                <w:lang w:val="pl-PL" w:eastAsia="pl-PL"/>
              </w:rPr>
              <w:t>101253420</w:t>
            </w:r>
          </w:p>
          <w:p w14:paraId="4E6CE1B9" w14:textId="77777777" w:rsidR="00D05145" w:rsidRPr="0096541F" w:rsidRDefault="00D05145" w:rsidP="00400B43">
            <w:pPr>
              <w:spacing w:after="0" w:line="240" w:lineRule="auto"/>
              <w:rPr>
                <w:rFonts w:cs="Arial"/>
                <w:sz w:val="19"/>
              </w:rPr>
            </w:pPr>
          </w:p>
        </w:tc>
      </w:tr>
      <w:tr w:rsidR="00D05145" w:rsidRPr="00627FEC" w14:paraId="3D0C222D" w14:textId="77777777" w:rsidTr="00D05145">
        <w:tc>
          <w:tcPr>
            <w:tcW w:w="2268" w:type="dxa"/>
            <w:shd w:val="clear" w:color="auto" w:fill="E5DFEC" w:themeFill="accent4" w:themeFillTint="33"/>
          </w:tcPr>
          <w:p w14:paraId="563A0B5F" w14:textId="77777777" w:rsidR="00D05145" w:rsidRPr="0096541F" w:rsidRDefault="00D05145" w:rsidP="00400B43">
            <w:pPr>
              <w:rPr>
                <w:rFonts w:cs="Arial"/>
              </w:rPr>
            </w:pPr>
            <w:r w:rsidRPr="0096541F">
              <w:rPr>
                <w:rFonts w:cs="Arial"/>
                <w:b/>
                <w:sz w:val="19"/>
              </w:rPr>
              <w:t xml:space="preserve">Partner </w:t>
            </w:r>
            <w:proofErr w:type="spellStart"/>
            <w:r w:rsidRPr="0096541F">
              <w:rPr>
                <w:rFonts w:cs="Arial"/>
                <w:b/>
                <w:sz w:val="19"/>
              </w:rPr>
              <w:t>krajowy</w:t>
            </w:r>
            <w:proofErr w:type="spellEnd"/>
          </w:p>
        </w:tc>
        <w:tc>
          <w:tcPr>
            <w:tcW w:w="6236" w:type="dxa"/>
          </w:tcPr>
          <w:p w14:paraId="0BD31CFF" w14:textId="77777777" w:rsidR="00D05145" w:rsidRPr="0096541F" w:rsidRDefault="00D05145" w:rsidP="00400B43">
            <w:pPr>
              <w:rPr>
                <w:rFonts w:cs="Arial"/>
                <w:lang w:val="pl-PL"/>
              </w:rPr>
            </w:pPr>
            <w:r w:rsidRPr="0096541F">
              <w:rPr>
                <w:rFonts w:cs="Arial"/>
                <w:sz w:val="19"/>
                <w:lang w:val="pl-PL"/>
              </w:rPr>
              <w:t>Fundacja na Rzecz Psychoprofilaktyki Społecznej PRO-FIL</w:t>
            </w:r>
          </w:p>
        </w:tc>
      </w:tr>
    </w:tbl>
    <w:p w14:paraId="23248D12" w14:textId="77777777" w:rsidR="007E261D" w:rsidRPr="00815AFC" w:rsidRDefault="007E261D" w:rsidP="007E261D">
      <w:pPr>
        <w:spacing w:after="160"/>
        <w:jc w:val="center"/>
        <w:rPr>
          <w:color w:val="7030A0"/>
          <w:sz w:val="20"/>
          <w:szCs w:val="20"/>
          <w:lang w:val="pl-PL"/>
        </w:rPr>
      </w:pPr>
    </w:p>
    <w:p w14:paraId="3772CBF4" w14:textId="6F295024" w:rsidR="00C20756" w:rsidRPr="007E261D" w:rsidRDefault="003A016B" w:rsidP="007E261D">
      <w:pPr>
        <w:spacing w:after="160"/>
        <w:jc w:val="both"/>
        <w:rPr>
          <w:lang w:val="pl-PL"/>
        </w:rPr>
      </w:pPr>
      <w:r w:rsidRPr="007E261D">
        <w:rPr>
          <w:lang w:val="pl-PL"/>
        </w:rPr>
        <w:t xml:space="preserve">Ten formularz służy do zgłoszenia dziecka lub młodej osoby do Child </w:t>
      </w:r>
      <w:proofErr w:type="spellStart"/>
      <w:r w:rsidRPr="007E261D">
        <w:rPr>
          <w:lang w:val="pl-PL"/>
        </w:rPr>
        <w:t>Advisory</w:t>
      </w:r>
      <w:proofErr w:type="spellEnd"/>
      <w:r w:rsidRPr="007E261D">
        <w:rPr>
          <w:lang w:val="pl-PL"/>
        </w:rPr>
        <w:t xml:space="preserve"> Board, czyli Rady Dziecięcej projektu </w:t>
      </w:r>
      <w:proofErr w:type="spellStart"/>
      <w:r w:rsidRPr="007E261D">
        <w:rPr>
          <w:lang w:val="pl-PL"/>
        </w:rPr>
        <w:t>DigiGuard</w:t>
      </w:r>
      <w:proofErr w:type="spellEnd"/>
      <w:r w:rsidRPr="007E261D">
        <w:rPr>
          <w:lang w:val="pl-PL"/>
        </w:rPr>
        <w:t xml:space="preserve">. Chcemy poznać Twoje pomysły dotyczące tego, jak </w:t>
      </w:r>
      <w:proofErr w:type="spellStart"/>
      <w:r w:rsidRPr="007E261D">
        <w:rPr>
          <w:lang w:val="pl-PL"/>
        </w:rPr>
        <w:t>internet</w:t>
      </w:r>
      <w:proofErr w:type="spellEnd"/>
      <w:r w:rsidRPr="007E261D">
        <w:rPr>
          <w:lang w:val="pl-PL"/>
        </w:rPr>
        <w:t xml:space="preserve"> może być bezpieczniejszy, bardziej przyjazny i lepszy dla dzieci.</w:t>
      </w:r>
    </w:p>
    <w:p w14:paraId="4A071FD0" w14:textId="77777777" w:rsidR="00C20756" w:rsidRPr="007E261D" w:rsidRDefault="003A016B" w:rsidP="007E261D">
      <w:pPr>
        <w:spacing w:before="60" w:after="100"/>
        <w:jc w:val="both"/>
        <w:rPr>
          <w:lang w:val="pl-PL"/>
        </w:rPr>
      </w:pPr>
      <w:r w:rsidRPr="007E261D">
        <w:rPr>
          <w:b/>
          <w:sz w:val="19"/>
          <w:lang w:val="pl-PL"/>
        </w:rPr>
        <w:t>Ważne.</w:t>
      </w:r>
      <w:r w:rsidRPr="007E261D">
        <w:rPr>
          <w:sz w:val="19"/>
          <w:lang w:val="pl-PL"/>
        </w:rPr>
        <w:t xml:space="preserve"> Możesz wypełnić formularz samodzielnie albo z pomocą zaufanej osoby dorosłej. Nie ma dobrych ani złych odpowiedzi. Nie musisz dzielić się informacjami, których nie chcesz przekazywać. Udział jest dobrowolny i możesz zmienić zdanie w dowolnym momencie.</w:t>
      </w:r>
    </w:p>
    <w:p w14:paraId="0E5C560B" w14:textId="77777777" w:rsidR="00C20756" w:rsidRPr="005962FC" w:rsidRDefault="003A016B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5962FC">
        <w:rPr>
          <w:rFonts w:ascii="Audiowide" w:hAnsi="Audiowide" w:cs="Arial"/>
          <w:color w:val="7030A0"/>
          <w:sz w:val="24"/>
          <w:szCs w:val="24"/>
        </w:rPr>
        <w:t xml:space="preserve">1. Informacje o </w:t>
      </w:r>
      <w:proofErr w:type="spellStart"/>
      <w:r w:rsidRPr="005962FC">
        <w:rPr>
          <w:rFonts w:ascii="Audiowide" w:hAnsi="Audiowide" w:cs="Arial"/>
          <w:color w:val="7030A0"/>
          <w:sz w:val="24"/>
          <w:szCs w:val="24"/>
        </w:rPr>
        <w:t>naborze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C20756" w14:paraId="0FB12285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5D918E" w14:textId="77777777" w:rsidR="00C20756" w:rsidRDefault="003A016B">
            <w:r>
              <w:rPr>
                <w:b/>
                <w:color w:val="000000"/>
                <w:sz w:val="19"/>
              </w:rPr>
              <w:t>Kraj</w:t>
            </w:r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A5B8D9" w14:textId="77777777" w:rsidR="00C20756" w:rsidRDefault="003A016B">
            <w:r>
              <w:rPr>
                <w:color w:val="000000"/>
                <w:sz w:val="20"/>
              </w:rPr>
              <w:t>Polska</w:t>
            </w:r>
          </w:p>
        </w:tc>
      </w:tr>
      <w:tr w:rsidR="00C20756" w14:paraId="3FED666A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85F8F3" w14:textId="77777777" w:rsidR="00C20756" w:rsidRDefault="003A016B">
            <w:r>
              <w:rPr>
                <w:b/>
                <w:color w:val="000000"/>
                <w:sz w:val="19"/>
              </w:rPr>
              <w:t xml:space="preserve">Wiek </w:t>
            </w:r>
            <w:proofErr w:type="spellStart"/>
            <w:r>
              <w:rPr>
                <w:b/>
                <w:color w:val="000000"/>
                <w:sz w:val="19"/>
              </w:rPr>
              <w:t>kandydatów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AC3155" w14:textId="77777777" w:rsidR="00C20756" w:rsidRDefault="003A016B">
            <w:r>
              <w:rPr>
                <w:color w:val="000000"/>
                <w:sz w:val="20"/>
              </w:rPr>
              <w:t xml:space="preserve">Od 9 do 17 </w:t>
            </w:r>
            <w:proofErr w:type="spellStart"/>
            <w:r>
              <w:rPr>
                <w:color w:val="000000"/>
                <w:sz w:val="20"/>
              </w:rPr>
              <w:t>lat</w:t>
            </w:r>
            <w:proofErr w:type="spellEnd"/>
          </w:p>
        </w:tc>
      </w:tr>
      <w:tr w:rsidR="00C20756" w:rsidRPr="00627FEC" w14:paraId="531B357E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7ED6DD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Liczba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wybieranych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osób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059468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>Trzy osoby oraz krótka lista rezerwowa</w:t>
            </w:r>
          </w:p>
        </w:tc>
      </w:tr>
      <w:tr w:rsidR="00C20756" w14:paraId="088A4AC7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E00933" w14:textId="3BD36C32" w:rsidR="00C20756" w:rsidRDefault="003A016B">
            <w:r>
              <w:rPr>
                <w:b/>
                <w:color w:val="000000"/>
                <w:sz w:val="19"/>
              </w:rPr>
              <w:t>Termin</w:t>
            </w:r>
            <w:r w:rsidR="00F00375">
              <w:rPr>
                <w:b/>
                <w:color w:val="000000"/>
                <w:sz w:val="19"/>
              </w:rPr>
              <w:t xml:space="preserve"> </w:t>
            </w:r>
            <w:proofErr w:type="spellStart"/>
            <w:r w:rsidR="00F00375">
              <w:rPr>
                <w:b/>
                <w:color w:val="000000"/>
                <w:sz w:val="19"/>
              </w:rPr>
              <w:t>składania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zgłoszeń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DCEFC" w14:textId="182BD3D5" w:rsidR="00C20756" w:rsidRDefault="00807B06">
            <w:r>
              <w:rPr>
                <w:color w:val="000000"/>
                <w:sz w:val="20"/>
              </w:rPr>
              <w:t>25</w:t>
            </w:r>
            <w:r w:rsidR="00F00375">
              <w:rPr>
                <w:color w:val="000000"/>
                <w:sz w:val="20"/>
              </w:rPr>
              <w:t xml:space="preserve"> </w:t>
            </w:r>
            <w:proofErr w:type="spellStart"/>
            <w:r w:rsidR="00F00375">
              <w:rPr>
                <w:color w:val="000000"/>
                <w:sz w:val="20"/>
              </w:rPr>
              <w:t>września</w:t>
            </w:r>
            <w:proofErr w:type="spellEnd"/>
            <w:r w:rsidR="00F00375">
              <w:rPr>
                <w:color w:val="000000"/>
                <w:sz w:val="20"/>
              </w:rPr>
              <w:t xml:space="preserve"> 2026</w:t>
            </w:r>
            <w:r w:rsidR="003A016B">
              <w:rPr>
                <w:color w:val="000000"/>
                <w:sz w:val="20"/>
              </w:rPr>
              <w:t>r.</w:t>
            </w:r>
          </w:p>
        </w:tc>
      </w:tr>
      <w:tr w:rsidR="00C20756" w:rsidRPr="00627FEC" w14:paraId="6E0E06A2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6374BB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Przewidywany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udział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820BDD" w14:textId="23659F26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>Od wr</w:t>
            </w:r>
            <w:r w:rsidR="00F00375">
              <w:rPr>
                <w:color w:val="000000"/>
                <w:sz w:val="20"/>
                <w:lang w:val="pl-PL"/>
              </w:rPr>
              <w:t>ześnia 2026 r. do stycznia 2028</w:t>
            </w:r>
            <w:r w:rsidRPr="00807B06">
              <w:rPr>
                <w:color w:val="000000"/>
                <w:sz w:val="20"/>
                <w:lang w:val="pl-PL"/>
              </w:rPr>
              <w:t>r.</w:t>
            </w:r>
          </w:p>
        </w:tc>
      </w:tr>
    </w:tbl>
    <w:p w14:paraId="3A0DD471" w14:textId="77777777" w:rsidR="00C20756" w:rsidRPr="005962FC" w:rsidRDefault="003A016B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 w:rsidRPr="005962FC">
        <w:rPr>
          <w:rFonts w:ascii="Audiowide" w:hAnsi="Audiowide" w:cs="Arial"/>
          <w:color w:val="7030A0"/>
          <w:sz w:val="24"/>
          <w:szCs w:val="24"/>
        </w:rPr>
        <w:t xml:space="preserve">2. Informacje o </w:t>
      </w:r>
      <w:proofErr w:type="spellStart"/>
      <w:r w:rsidRPr="005962FC">
        <w:rPr>
          <w:rFonts w:ascii="Audiowide" w:hAnsi="Audiowide" w:cs="Arial"/>
          <w:color w:val="7030A0"/>
          <w:sz w:val="24"/>
          <w:szCs w:val="24"/>
        </w:rPr>
        <w:t>dziecku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C20756" w14:paraId="2781A778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9BC912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7D7F18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65A8BFDA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0261B7" w14:textId="77777777" w:rsidR="00C20756" w:rsidRDefault="003A016B">
            <w:r>
              <w:rPr>
                <w:b/>
                <w:color w:val="000000"/>
                <w:sz w:val="19"/>
              </w:rPr>
              <w:t xml:space="preserve">Wiek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6B6905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52CA291F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DB03C2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Preferowany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język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komunikacji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2C050A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643EC8D8" w14:textId="77777777" w:rsidR="00C20756" w:rsidRPr="005962FC" w:rsidRDefault="003A016B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 w:rsidRPr="005962FC">
        <w:rPr>
          <w:rFonts w:ascii="Audiowide" w:hAnsi="Audiowide" w:cs="Arial"/>
          <w:color w:val="7030A0"/>
          <w:sz w:val="24"/>
          <w:szCs w:val="24"/>
          <w:lang w:val="pl-PL"/>
        </w:rPr>
        <w:t>3. Informacje o rodzicu lub opiekunie prawnym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C20756" w14:paraId="79C36EB4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ABF450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i </w:t>
            </w:r>
            <w:proofErr w:type="spellStart"/>
            <w:r>
              <w:rPr>
                <w:b/>
                <w:color w:val="000000"/>
                <w:sz w:val="19"/>
              </w:rPr>
              <w:t>nazwisko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885D6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47914A08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7AFB48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Relacja</w:t>
            </w:r>
            <w:proofErr w:type="spellEnd"/>
            <w:r>
              <w:rPr>
                <w:b/>
                <w:color w:val="000000"/>
                <w:sz w:val="19"/>
              </w:rPr>
              <w:t xml:space="preserve"> z </w:t>
            </w:r>
            <w:proofErr w:type="spellStart"/>
            <w:r>
              <w:rPr>
                <w:b/>
                <w:color w:val="000000"/>
                <w:sz w:val="19"/>
              </w:rPr>
              <w:t>dzieckiem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06D7CA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12610180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D1F318" w14:textId="77777777" w:rsidR="00C20756" w:rsidRDefault="003A016B">
            <w:r>
              <w:rPr>
                <w:b/>
                <w:color w:val="000000"/>
                <w:sz w:val="19"/>
              </w:rPr>
              <w:t xml:space="preserve">Adres </w:t>
            </w:r>
            <w:proofErr w:type="spellStart"/>
            <w:r>
              <w:rPr>
                <w:b/>
                <w:color w:val="000000"/>
                <w:sz w:val="19"/>
              </w:rPr>
              <w:t>poczty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elektronicznej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679F8F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46076867" w14:textId="77777777" w:rsidTr="00F00375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834918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Numer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telefonu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97DD08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31A2A383" w14:textId="71752B77" w:rsidR="00C20756" w:rsidRDefault="00C20756">
      <w:pPr>
        <w:spacing w:after="20"/>
      </w:pPr>
    </w:p>
    <w:p w14:paraId="4B9DE7A9" w14:textId="4512C52D" w:rsidR="00C20756" w:rsidRPr="005962FC" w:rsidRDefault="00815AFC">
      <w:pPr>
        <w:pStyle w:val="Nagwek1"/>
        <w:rPr>
          <w:rFonts w:ascii="Audiowide" w:hAnsi="Audiowide"/>
          <w:color w:val="7030A0"/>
          <w:sz w:val="24"/>
          <w:szCs w:val="24"/>
          <w:lang w:val="pl-PL"/>
        </w:rPr>
      </w:pPr>
      <w:r>
        <w:rPr>
          <w:rFonts w:ascii="Audiowide" w:hAnsi="Audiowide"/>
          <w:color w:val="7030A0"/>
          <w:sz w:val="24"/>
          <w:szCs w:val="24"/>
          <w:lang w:val="pl-PL"/>
        </w:rPr>
        <w:t>4</w:t>
      </w:r>
      <w:r w:rsidR="003A016B" w:rsidRPr="005962FC">
        <w:rPr>
          <w:rFonts w:ascii="Audiowide" w:hAnsi="Audiowide"/>
          <w:color w:val="7030A0"/>
          <w:sz w:val="24"/>
          <w:szCs w:val="24"/>
          <w:lang w:val="pl-PL"/>
        </w:rPr>
        <w:t>. Możliwość udziału i potrzebne wsparcie</w:t>
      </w:r>
    </w:p>
    <w:p w14:paraId="03CD2187" w14:textId="5791572E" w:rsidR="00C20756" w:rsidRDefault="00F00375" w:rsidP="00F00375">
      <w:pPr>
        <w:jc w:val="both"/>
        <w:rPr>
          <w:color w:val="000000"/>
          <w:sz w:val="20"/>
          <w:lang w:val="pl-PL"/>
        </w:rPr>
      </w:pPr>
      <w:r>
        <w:rPr>
          <w:color w:val="000000"/>
          <w:sz w:val="20"/>
          <w:lang w:val="pl-PL"/>
        </w:rPr>
        <w:t xml:space="preserve">Rada Dziecięca projektu </w:t>
      </w:r>
      <w:proofErr w:type="spellStart"/>
      <w:r>
        <w:rPr>
          <w:color w:val="000000"/>
          <w:sz w:val="20"/>
          <w:lang w:val="pl-PL"/>
        </w:rPr>
        <w:t>DigiGuard</w:t>
      </w:r>
      <w:proofErr w:type="spellEnd"/>
      <w:r>
        <w:rPr>
          <w:color w:val="000000"/>
          <w:sz w:val="20"/>
          <w:lang w:val="pl-PL"/>
        </w:rPr>
        <w:t xml:space="preserve"> </w:t>
      </w:r>
      <w:r w:rsidR="003A016B" w:rsidRPr="00807B06">
        <w:rPr>
          <w:color w:val="000000"/>
          <w:sz w:val="20"/>
          <w:lang w:val="pl-PL"/>
        </w:rPr>
        <w:t xml:space="preserve">będzie spotykać się </w:t>
      </w:r>
      <w:r>
        <w:rPr>
          <w:color w:val="000000"/>
          <w:sz w:val="20"/>
          <w:lang w:val="pl-PL"/>
        </w:rPr>
        <w:t>w formie online około siedem</w:t>
      </w:r>
      <w:r w:rsidR="003A016B" w:rsidRPr="00807B06">
        <w:rPr>
          <w:color w:val="000000"/>
          <w:sz w:val="20"/>
          <w:lang w:val="pl-PL"/>
        </w:rPr>
        <w:t xml:space="preserve"> razy w okresie od września 2026 r. do stycznia 2028 r. Spotkania będą trwały około 60 do 90 minut. Może pojawić się także krótka prośba </w:t>
      </w:r>
      <w:r>
        <w:rPr>
          <w:color w:val="000000"/>
          <w:sz w:val="20"/>
          <w:lang w:val="pl-PL"/>
        </w:rPr>
        <w:br/>
      </w:r>
      <w:r w:rsidR="003A016B" w:rsidRPr="00807B06">
        <w:rPr>
          <w:color w:val="000000"/>
          <w:sz w:val="20"/>
          <w:lang w:val="pl-PL"/>
        </w:rPr>
        <w:t>o opinię dotyczącą konkretnego materiału.</w:t>
      </w:r>
    </w:p>
    <w:p w14:paraId="7DCA5F3E" w14:textId="77777777" w:rsidR="00F00375" w:rsidRPr="00807B06" w:rsidRDefault="00F00375" w:rsidP="00F00375">
      <w:pPr>
        <w:jc w:val="both"/>
        <w:rPr>
          <w:lang w:val="pl-PL"/>
        </w:rPr>
      </w:pPr>
    </w:p>
    <w:p w14:paraId="6F8BF76E" w14:textId="74610565" w:rsidR="00C20756" w:rsidRPr="00807B06" w:rsidRDefault="003A016B">
      <w:pPr>
        <w:rPr>
          <w:lang w:val="pl-PL"/>
        </w:rPr>
      </w:pPr>
      <w:r w:rsidRPr="00807B06">
        <w:rPr>
          <w:b/>
          <w:color w:val="000000"/>
          <w:lang w:val="pl-PL"/>
        </w:rPr>
        <w:t>Czy możesz wziąć udział w spotkaniu wprowadzając</w:t>
      </w:r>
      <w:r w:rsidR="00F00375">
        <w:rPr>
          <w:b/>
          <w:color w:val="000000"/>
          <w:lang w:val="pl-PL"/>
        </w:rPr>
        <w:t>ym oraz w większości spotkań Rady Dziecięcej</w:t>
      </w:r>
      <w:r w:rsidRPr="00807B06">
        <w:rPr>
          <w:b/>
          <w:color w:val="000000"/>
          <w:lang w:val="pl-PL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20756" w14:paraId="349E46D8" w14:textId="77777777">
        <w:trPr>
          <w:cantSplit/>
          <w:jc w:val="center"/>
        </w:trPr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A02A6C" w14:textId="77777777" w:rsidR="00C20756" w:rsidRDefault="003A016B">
            <w:r>
              <w:rPr>
                <w:color w:val="000000"/>
                <w:sz w:val="20"/>
              </w:rPr>
              <w:t>☐ Tak</w:t>
            </w:r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886DFE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>☐ Nie jestem jeszcze pewien lub pewna</w:t>
            </w:r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F06D4F" w14:textId="77777777" w:rsidR="00C20756" w:rsidRDefault="003A016B">
            <w:r>
              <w:rPr>
                <w:color w:val="000000"/>
                <w:sz w:val="20"/>
              </w:rPr>
              <w:t xml:space="preserve">☐ </w:t>
            </w:r>
            <w:proofErr w:type="spellStart"/>
            <w:r>
              <w:rPr>
                <w:color w:val="000000"/>
                <w:sz w:val="20"/>
              </w:rPr>
              <w:t>Potrzebuję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dodatkowych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informacji</w:t>
            </w:r>
            <w:proofErr w:type="spellEnd"/>
          </w:p>
        </w:tc>
      </w:tr>
    </w:tbl>
    <w:p w14:paraId="37108976" w14:textId="77777777" w:rsidR="00C20756" w:rsidRDefault="00C20756">
      <w:pPr>
        <w:spacing w:after="20"/>
      </w:pPr>
    </w:p>
    <w:p w14:paraId="1076482A" w14:textId="77777777" w:rsidR="00C20756" w:rsidRPr="00807B06" w:rsidRDefault="003A016B">
      <w:pPr>
        <w:rPr>
          <w:lang w:val="pl-PL"/>
        </w:rPr>
      </w:pPr>
      <w:r w:rsidRPr="00807B06">
        <w:rPr>
          <w:b/>
          <w:color w:val="000000"/>
          <w:lang w:val="pl-PL"/>
        </w:rPr>
        <w:t>Czy potrzebujesz wsparcia związanego z językiem, komunikacją, dostępnością albo przygotowaniem zgłoszenia?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C20756" w:rsidRPr="00627FEC" w14:paraId="48CF5129" w14:textId="77777777">
        <w:trPr>
          <w:cantSplit/>
          <w:jc w:val="center"/>
        </w:trPr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BB33FF" w14:textId="77777777" w:rsidR="00C20756" w:rsidRDefault="003A016B">
            <w:r>
              <w:rPr>
                <w:color w:val="000000"/>
                <w:sz w:val="20"/>
              </w:rPr>
              <w:t>☐ Nie</w:t>
            </w:r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C69514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>☐ Tak, proszę skontaktować się ze mną</w:t>
            </w:r>
          </w:p>
        </w:tc>
        <w:tc>
          <w:tcPr>
            <w:tcW w:w="3408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51F922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>☐ Nie wiem, chcę o tym porozmawiać</w:t>
            </w:r>
          </w:p>
        </w:tc>
      </w:tr>
    </w:tbl>
    <w:p w14:paraId="54697A7E" w14:textId="77777777" w:rsidR="00C20756" w:rsidRPr="00807B06" w:rsidRDefault="00C20756">
      <w:pPr>
        <w:spacing w:after="20"/>
        <w:rPr>
          <w:lang w:val="pl-PL"/>
        </w:rPr>
      </w:pPr>
    </w:p>
    <w:p w14:paraId="6D8D237D" w14:textId="77777777" w:rsidR="00C20756" w:rsidRPr="00807B06" w:rsidRDefault="003A016B">
      <w:pPr>
        <w:spacing w:before="80" w:after="60"/>
        <w:rPr>
          <w:lang w:val="pl-PL"/>
        </w:rPr>
      </w:pPr>
      <w:r w:rsidRPr="00807B06">
        <w:rPr>
          <w:b/>
          <w:color w:val="000000"/>
          <w:lang w:val="pl-PL"/>
        </w:rPr>
        <w:t>Jeżeli chcesz, napisz, jakiego wsparcia potrzebujesz: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C20756" w:rsidRPr="00627FEC" w14:paraId="17E98C2F" w14:textId="77777777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976BF1" w14:textId="77777777" w:rsidR="00C20756" w:rsidRPr="00807B06" w:rsidRDefault="00C20756">
            <w:pPr>
              <w:rPr>
                <w:lang w:val="pl-PL"/>
              </w:rPr>
            </w:pPr>
          </w:p>
          <w:p w14:paraId="7E14EE5D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 xml:space="preserve"> </w:t>
            </w:r>
          </w:p>
          <w:p w14:paraId="0409629F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 xml:space="preserve"> </w:t>
            </w:r>
          </w:p>
          <w:p w14:paraId="7719128C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color w:val="000000"/>
                <w:sz w:val="20"/>
                <w:lang w:val="pl-PL"/>
              </w:rPr>
              <w:t xml:space="preserve"> </w:t>
            </w:r>
          </w:p>
        </w:tc>
      </w:tr>
    </w:tbl>
    <w:p w14:paraId="0681E1CB" w14:textId="6B93EC3F" w:rsidR="00C20756" w:rsidRPr="005962FC" w:rsidRDefault="00815AF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>
        <w:rPr>
          <w:rFonts w:ascii="Audiowide" w:hAnsi="Audiowide" w:cs="Arial"/>
          <w:color w:val="7030A0"/>
          <w:sz w:val="24"/>
          <w:szCs w:val="24"/>
          <w:lang w:val="pl-PL"/>
        </w:rPr>
        <w:t>5</w:t>
      </w:r>
      <w:r w:rsidR="003A016B" w:rsidRPr="005962FC">
        <w:rPr>
          <w:rFonts w:ascii="Audiowide" w:hAnsi="Audiowide" w:cs="Arial"/>
          <w:color w:val="7030A0"/>
          <w:sz w:val="24"/>
          <w:szCs w:val="24"/>
          <w:lang w:val="pl-PL"/>
        </w:rPr>
        <w:t>. Co należy zrobić po wypełnieniu formularza</w:t>
      </w:r>
    </w:p>
    <w:p w14:paraId="3FBFEC1B" w14:textId="68041ADE" w:rsidR="00C20756" w:rsidRPr="00807B06" w:rsidRDefault="003A016B">
      <w:pPr>
        <w:rPr>
          <w:lang w:val="pl-PL"/>
        </w:rPr>
      </w:pPr>
      <w:r w:rsidRPr="00807B06">
        <w:rPr>
          <w:color w:val="000000"/>
          <w:sz w:val="20"/>
          <w:lang w:val="pl-PL"/>
        </w:rPr>
        <w:t>Do zgłoszenia należy dołączyć formularz zgody rodzica lub opiekuna prawnego. Zgoda rodzica lub opiekuna jest zbierana na etapie składania zgłoszenia. Dziecko również potwierdza, że rozum</w:t>
      </w:r>
      <w:r w:rsidR="001E41F0">
        <w:rPr>
          <w:color w:val="000000"/>
          <w:sz w:val="20"/>
          <w:lang w:val="pl-PL"/>
        </w:rPr>
        <w:t>ie, czego dotyczy udział w Radzie Dziecięcej i</w:t>
      </w:r>
      <w:r w:rsidRPr="00807B06">
        <w:rPr>
          <w:color w:val="000000"/>
          <w:sz w:val="20"/>
          <w:lang w:val="pl-PL"/>
        </w:rPr>
        <w:t xml:space="preserve"> chce wziąć udział</w:t>
      </w:r>
      <w:r w:rsidR="001E41F0">
        <w:rPr>
          <w:color w:val="000000"/>
          <w:sz w:val="20"/>
          <w:lang w:val="pl-PL"/>
        </w:rPr>
        <w:t xml:space="preserve"> w projekcie</w:t>
      </w:r>
      <w:r w:rsidRPr="00807B06">
        <w:rPr>
          <w:color w:val="000000"/>
          <w:sz w:val="20"/>
          <w:lang w:val="pl-PL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C20756" w14:paraId="63267BB3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D1ACF6" w14:textId="39CD1C9E" w:rsidR="00C20756" w:rsidRDefault="003A016B">
            <w:r>
              <w:rPr>
                <w:b/>
                <w:color w:val="000000"/>
                <w:sz w:val="19"/>
              </w:rPr>
              <w:t xml:space="preserve">Termin </w:t>
            </w:r>
            <w:proofErr w:type="spellStart"/>
            <w:r>
              <w:rPr>
                <w:b/>
                <w:color w:val="000000"/>
                <w:sz w:val="19"/>
              </w:rPr>
              <w:t>przesłania</w:t>
            </w:r>
            <w:proofErr w:type="spellEnd"/>
            <w:r w:rsidR="001E41F0">
              <w:rPr>
                <w:b/>
                <w:color w:val="000000"/>
                <w:sz w:val="19"/>
              </w:rPr>
              <w:t xml:space="preserve"> </w:t>
            </w:r>
            <w:proofErr w:type="spellStart"/>
            <w:r w:rsidR="001E41F0">
              <w:rPr>
                <w:b/>
                <w:color w:val="000000"/>
                <w:sz w:val="19"/>
              </w:rPr>
              <w:t>formularza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E53B73" w14:textId="5B529EC8" w:rsidR="00C20756" w:rsidRDefault="001E41F0">
            <w:r>
              <w:rPr>
                <w:color w:val="000000"/>
                <w:sz w:val="20"/>
              </w:rPr>
              <w:t xml:space="preserve">25 </w:t>
            </w:r>
            <w:proofErr w:type="spellStart"/>
            <w:r w:rsidR="003A016B">
              <w:rPr>
                <w:color w:val="000000"/>
                <w:sz w:val="20"/>
              </w:rPr>
              <w:t>września</w:t>
            </w:r>
            <w:proofErr w:type="spellEnd"/>
            <w:r w:rsidR="003A016B">
              <w:rPr>
                <w:color w:val="000000"/>
                <w:sz w:val="20"/>
              </w:rPr>
              <w:t xml:space="preserve"> 2026 r.</w:t>
            </w:r>
          </w:p>
        </w:tc>
      </w:tr>
      <w:tr w:rsidR="00C20756" w14:paraId="3DC7094C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1E08C8" w14:textId="77777777" w:rsidR="00C20756" w:rsidRDefault="003A016B">
            <w:r>
              <w:rPr>
                <w:b/>
                <w:color w:val="000000"/>
                <w:sz w:val="19"/>
              </w:rPr>
              <w:t xml:space="preserve">Adres </w:t>
            </w:r>
            <w:proofErr w:type="spellStart"/>
            <w:r>
              <w:rPr>
                <w:b/>
                <w:color w:val="000000"/>
                <w:sz w:val="19"/>
              </w:rPr>
              <w:t>poczty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elektronicznej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43A96A" w14:textId="784367ED" w:rsidR="00C20756" w:rsidRDefault="001E41F0" w:rsidP="001E41F0">
            <w:r>
              <w:rPr>
                <w:color w:val="000000"/>
                <w:sz w:val="20"/>
              </w:rPr>
              <w:t>kontakt@fundacjaprofil.pl</w:t>
            </w:r>
          </w:p>
        </w:tc>
      </w:tr>
      <w:tr w:rsidR="00C20756" w14:paraId="22C8D941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C6E85" w14:textId="77777777" w:rsidR="00C20756" w:rsidRDefault="003A016B">
            <w:r>
              <w:rPr>
                <w:b/>
                <w:color w:val="000000"/>
                <w:sz w:val="19"/>
              </w:rPr>
              <w:t xml:space="preserve">Osoba </w:t>
            </w:r>
            <w:proofErr w:type="spellStart"/>
            <w:r>
              <w:rPr>
                <w:b/>
                <w:color w:val="000000"/>
                <w:sz w:val="19"/>
              </w:rPr>
              <w:t>kontaktowa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E8A9DA" w14:textId="7B49FBB0" w:rsidR="00C20756" w:rsidRDefault="001E41F0">
            <w:r>
              <w:rPr>
                <w:color w:val="000000"/>
                <w:sz w:val="20"/>
              </w:rPr>
              <w:t>Dominika Wilk</w:t>
            </w:r>
          </w:p>
        </w:tc>
      </w:tr>
    </w:tbl>
    <w:p w14:paraId="2D688C64" w14:textId="77777777" w:rsidR="00C20756" w:rsidRDefault="00C20756">
      <w:pPr>
        <w:spacing w:after="20"/>
      </w:pPr>
    </w:p>
    <w:p w14:paraId="1EDEB04C" w14:textId="041642DF" w:rsidR="00C20756" w:rsidRPr="005962FC" w:rsidRDefault="00815AFC">
      <w:pPr>
        <w:pStyle w:val="Nagwek1"/>
        <w:rPr>
          <w:rFonts w:ascii="Audiowide" w:hAnsi="Audiowide" w:cs="Arial"/>
          <w:color w:val="7030A0"/>
          <w:sz w:val="24"/>
          <w:szCs w:val="24"/>
        </w:rPr>
      </w:pPr>
      <w:r>
        <w:rPr>
          <w:rFonts w:ascii="Audiowide" w:hAnsi="Audiowide" w:cs="Arial"/>
          <w:color w:val="7030A0"/>
          <w:sz w:val="24"/>
          <w:szCs w:val="24"/>
        </w:rPr>
        <w:t>6</w:t>
      </w:r>
      <w:r w:rsidR="003A016B" w:rsidRPr="005962FC">
        <w:rPr>
          <w:rFonts w:ascii="Audiowide" w:hAnsi="Audiowide" w:cs="Arial"/>
          <w:color w:val="7030A0"/>
          <w:sz w:val="24"/>
          <w:szCs w:val="24"/>
        </w:rPr>
        <w:t xml:space="preserve">. </w:t>
      </w:r>
      <w:proofErr w:type="spellStart"/>
      <w:r w:rsidR="003A016B" w:rsidRPr="005962FC">
        <w:rPr>
          <w:rFonts w:ascii="Audiowide" w:hAnsi="Audiowide" w:cs="Arial"/>
          <w:color w:val="7030A0"/>
          <w:sz w:val="24"/>
          <w:szCs w:val="24"/>
        </w:rPr>
        <w:t>Informacja</w:t>
      </w:r>
      <w:proofErr w:type="spellEnd"/>
      <w:r w:rsidR="003A016B" w:rsidRPr="005962FC">
        <w:rPr>
          <w:rFonts w:ascii="Audiowide" w:hAnsi="Audiowide" w:cs="Arial"/>
          <w:color w:val="7030A0"/>
          <w:sz w:val="24"/>
          <w:szCs w:val="24"/>
        </w:rPr>
        <w:t xml:space="preserve"> o </w:t>
      </w:r>
      <w:proofErr w:type="spellStart"/>
      <w:r w:rsidR="003A016B" w:rsidRPr="005962FC">
        <w:rPr>
          <w:rFonts w:ascii="Audiowide" w:hAnsi="Audiowide" w:cs="Arial"/>
          <w:color w:val="7030A0"/>
          <w:sz w:val="24"/>
          <w:szCs w:val="24"/>
        </w:rPr>
        <w:t>ochronie</w:t>
      </w:r>
      <w:proofErr w:type="spellEnd"/>
      <w:r w:rsidR="003A016B" w:rsidRPr="005962FC">
        <w:rPr>
          <w:rFonts w:ascii="Audiowide" w:hAnsi="Audiowide" w:cs="Arial"/>
          <w:color w:val="7030A0"/>
          <w:sz w:val="24"/>
          <w:szCs w:val="24"/>
        </w:rPr>
        <w:t xml:space="preserve"> </w:t>
      </w:r>
      <w:proofErr w:type="spellStart"/>
      <w:r w:rsidR="003A016B" w:rsidRPr="005962FC">
        <w:rPr>
          <w:rFonts w:ascii="Audiowide" w:hAnsi="Audiowide" w:cs="Arial"/>
          <w:color w:val="7030A0"/>
          <w:sz w:val="24"/>
          <w:szCs w:val="24"/>
        </w:rPr>
        <w:t>danych</w:t>
      </w:r>
      <w:proofErr w:type="spellEnd"/>
    </w:p>
    <w:p w14:paraId="601E1086" w14:textId="043FC941" w:rsidR="00C20756" w:rsidRPr="00807B06" w:rsidRDefault="003A016B" w:rsidP="001E41F0">
      <w:pPr>
        <w:jc w:val="both"/>
        <w:rPr>
          <w:lang w:val="pl-PL"/>
        </w:rPr>
      </w:pPr>
      <w:r w:rsidRPr="00807B06">
        <w:rPr>
          <w:color w:val="000000"/>
          <w:sz w:val="19"/>
          <w:lang w:val="pl-PL"/>
        </w:rPr>
        <w:t>Zgłoszenie, w tym tekst, nagranie głosowe, nagranie wideo, rysunek i inne materiały, będzie traktowane jako dane osobowe. Dane będą wykorzystywane do przeprowadzenia n</w:t>
      </w:r>
      <w:r w:rsidR="001E41F0">
        <w:rPr>
          <w:color w:val="000000"/>
          <w:sz w:val="19"/>
          <w:lang w:val="pl-PL"/>
        </w:rPr>
        <w:t>aboru, organizacji udziału w Radzie Dziecięcej</w:t>
      </w:r>
      <w:r w:rsidRPr="00807B06">
        <w:rPr>
          <w:color w:val="000000"/>
          <w:sz w:val="19"/>
          <w:lang w:val="pl-PL"/>
        </w:rPr>
        <w:t>, zapewnienia bezpieczeństwa dzieci oraz realizacji projektu. Dos</w:t>
      </w:r>
      <w:r w:rsidR="001E41F0">
        <w:rPr>
          <w:color w:val="000000"/>
          <w:sz w:val="19"/>
          <w:lang w:val="pl-PL"/>
        </w:rPr>
        <w:t>tęp do zgłoszenia będą mieć Koordynator do spraw Rady Dziecięcej</w:t>
      </w:r>
      <w:r w:rsidRPr="00807B06">
        <w:rPr>
          <w:color w:val="000000"/>
          <w:sz w:val="19"/>
          <w:lang w:val="pl-PL"/>
        </w:rPr>
        <w:t xml:space="preserve"> oraz wskazani pracownicy projektu bezpośrednio </w:t>
      </w:r>
      <w:r w:rsidR="001E41F0">
        <w:rPr>
          <w:color w:val="000000"/>
          <w:sz w:val="19"/>
          <w:lang w:val="pl-PL"/>
        </w:rPr>
        <w:t>zaangażowani w nabór i pracę Rady Dziecięcej</w:t>
      </w:r>
      <w:r w:rsidRPr="00807B06">
        <w:rPr>
          <w:color w:val="000000"/>
          <w:sz w:val="19"/>
          <w:lang w:val="pl-PL"/>
        </w:rPr>
        <w:t>.</w:t>
      </w:r>
      <w:r w:rsidR="00D4311B">
        <w:rPr>
          <w:color w:val="000000"/>
          <w:sz w:val="19"/>
          <w:lang w:val="pl-PL"/>
        </w:rPr>
        <w:t xml:space="preserve"> KMOP oraz pozostali partnerzy konsorcjum otrzymają wyłącznie informacje niezbędne do koordynacji i raportowania. </w:t>
      </w:r>
      <w:r w:rsidRPr="00807B06">
        <w:rPr>
          <w:color w:val="000000"/>
          <w:sz w:val="19"/>
          <w:lang w:val="pl-PL"/>
        </w:rPr>
        <w:t xml:space="preserve"> Dane będą przechowywane w bezpiecznym systemie do końca projektu oraz przez pięć lat po jego zakończeniu, zgodnie </w:t>
      </w:r>
      <w:r w:rsidR="001E41F0">
        <w:rPr>
          <w:color w:val="000000"/>
          <w:sz w:val="19"/>
          <w:lang w:val="pl-PL"/>
        </w:rPr>
        <w:br/>
      </w:r>
      <w:r w:rsidRPr="00807B06">
        <w:rPr>
          <w:color w:val="000000"/>
          <w:sz w:val="19"/>
          <w:lang w:val="pl-PL"/>
        </w:rPr>
        <w:t>z dokumentacją projektu. Imię, wizerunek, głos ani wypowiedź dziecka nie zostaną wykorzystane publicznie bez odrębnej, konkretnej zgody.</w:t>
      </w:r>
    </w:p>
    <w:p w14:paraId="7C6CD85E" w14:textId="24F5CDD9" w:rsidR="00C20756" w:rsidRDefault="003A016B" w:rsidP="001E41F0">
      <w:pPr>
        <w:spacing w:before="60" w:after="100"/>
        <w:jc w:val="both"/>
        <w:rPr>
          <w:color w:val="444444"/>
          <w:sz w:val="19"/>
          <w:lang w:val="pl-PL"/>
        </w:rPr>
      </w:pPr>
      <w:r w:rsidRPr="00807B06">
        <w:rPr>
          <w:b/>
          <w:color w:val="000000"/>
          <w:sz w:val="19"/>
          <w:lang w:val="pl-PL"/>
        </w:rPr>
        <w:t>Pełna informacja.</w:t>
      </w:r>
      <w:r w:rsidRPr="00807B06">
        <w:rPr>
          <w:color w:val="444444"/>
          <w:sz w:val="19"/>
          <w:lang w:val="pl-PL"/>
        </w:rPr>
        <w:t xml:space="preserve"> Szczegółowe informacje dotyczące przetwarzania danych znajdują się w formularzu zgód</w:t>
      </w:r>
      <w:r w:rsidR="001E41F0">
        <w:rPr>
          <w:color w:val="444444"/>
          <w:sz w:val="19"/>
          <w:lang w:val="pl-PL"/>
        </w:rPr>
        <w:t xml:space="preserve"> oraz </w:t>
      </w:r>
      <w:r w:rsidR="001E41F0">
        <w:rPr>
          <w:color w:val="444444"/>
          <w:sz w:val="19"/>
          <w:lang w:val="pl-PL"/>
        </w:rPr>
        <w:br/>
        <w:t>w Polityce prywatności Rady Dziecięcej</w:t>
      </w:r>
      <w:r w:rsidRPr="00807B06">
        <w:rPr>
          <w:color w:val="444444"/>
          <w:sz w:val="19"/>
          <w:lang w:val="pl-PL"/>
        </w:rPr>
        <w:t>.</w:t>
      </w:r>
    </w:p>
    <w:p w14:paraId="44C97B84" w14:textId="77777777" w:rsidR="00815AFC" w:rsidRDefault="00815AFC" w:rsidP="001E41F0">
      <w:pPr>
        <w:spacing w:before="60" w:after="100"/>
        <w:jc w:val="both"/>
        <w:rPr>
          <w:color w:val="444444"/>
          <w:sz w:val="19"/>
          <w:lang w:val="pl-PL"/>
        </w:rPr>
      </w:pPr>
    </w:p>
    <w:p w14:paraId="545F73C1" w14:textId="77777777" w:rsidR="00815AFC" w:rsidRDefault="00815AFC" w:rsidP="001E41F0">
      <w:pPr>
        <w:spacing w:before="60" w:after="100"/>
        <w:jc w:val="both"/>
        <w:rPr>
          <w:color w:val="444444"/>
          <w:sz w:val="19"/>
          <w:lang w:val="pl-PL"/>
        </w:rPr>
      </w:pPr>
    </w:p>
    <w:p w14:paraId="76B5795E" w14:textId="32DF03BC" w:rsidR="00C20756" w:rsidRPr="005962FC" w:rsidRDefault="00815AFC">
      <w:pPr>
        <w:pStyle w:val="Nagwek1"/>
        <w:rPr>
          <w:rFonts w:ascii="Audiowide" w:hAnsi="Audiowide" w:cs="Arial"/>
          <w:color w:val="7030A0"/>
          <w:sz w:val="24"/>
          <w:szCs w:val="24"/>
          <w:lang w:val="pl-PL"/>
        </w:rPr>
      </w:pPr>
      <w:r>
        <w:rPr>
          <w:rFonts w:ascii="Audiowide" w:hAnsi="Audiowide" w:cs="Arial"/>
          <w:color w:val="7030A0"/>
          <w:sz w:val="24"/>
          <w:szCs w:val="24"/>
          <w:lang w:val="pl-PL"/>
        </w:rPr>
        <w:lastRenderedPageBreak/>
        <w:t>7</w:t>
      </w:r>
      <w:r w:rsidR="003A016B" w:rsidRPr="005962FC">
        <w:rPr>
          <w:rFonts w:ascii="Audiowide" w:hAnsi="Audiowide" w:cs="Arial"/>
          <w:color w:val="7030A0"/>
          <w:sz w:val="24"/>
          <w:szCs w:val="24"/>
          <w:lang w:val="pl-PL"/>
        </w:rPr>
        <w:t>. Potwierdzenie dziecka</w:t>
      </w:r>
    </w:p>
    <w:p w14:paraId="2AFE08A8" w14:textId="77777777" w:rsidR="00C20756" w:rsidRPr="00807B06" w:rsidRDefault="003A016B">
      <w:pPr>
        <w:rPr>
          <w:lang w:val="pl-PL"/>
        </w:rPr>
      </w:pPr>
      <w:r w:rsidRPr="00807B06">
        <w:rPr>
          <w:color w:val="000000"/>
          <w:sz w:val="20"/>
          <w:lang w:val="pl-PL"/>
        </w:rPr>
        <w:t>Potwierdzam, że są to moje własne pomysły i wiem, że mogę zrezygnować z udziału w dowolnym momencie.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192"/>
      </w:tblGrid>
      <w:tr w:rsidR="00C20756" w14:paraId="30BAE71A" w14:textId="77777777" w:rsidTr="001E41F0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ED218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Imię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dziecka</w:t>
            </w:r>
            <w:proofErr w:type="spellEnd"/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EEE458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65B121C9" w14:textId="77777777" w:rsidTr="001E41F0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408FD7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b/>
                <w:color w:val="000000"/>
                <w:sz w:val="19"/>
                <w:lang w:val="pl-PL"/>
              </w:rPr>
              <w:t>Podpis, własny znak lub rysunek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DAD1D9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129AC0D4" w14:textId="77777777" w:rsidTr="001E41F0">
        <w:trPr>
          <w:cantSplit/>
          <w:jc w:val="center"/>
        </w:trPr>
        <w:tc>
          <w:tcPr>
            <w:tcW w:w="374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69FF73" w14:textId="77777777" w:rsidR="00C20756" w:rsidRDefault="003A016B">
            <w:r>
              <w:rPr>
                <w:b/>
                <w:color w:val="000000"/>
                <w:sz w:val="19"/>
              </w:rPr>
              <w:t>Data</w:t>
            </w:r>
          </w:p>
        </w:tc>
        <w:tc>
          <w:tcPr>
            <w:tcW w:w="619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9C582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</w:tbl>
    <w:p w14:paraId="55E44C1F" w14:textId="60001DFC" w:rsidR="00C20756" w:rsidRPr="005962FC" w:rsidRDefault="00815AFC">
      <w:pPr>
        <w:pStyle w:val="Nagwek1"/>
        <w:rPr>
          <w:rFonts w:ascii="Audiowide" w:hAnsi="Audiowide" w:cs="Arial"/>
          <w:sz w:val="24"/>
          <w:szCs w:val="24"/>
          <w:lang w:val="pl-PL"/>
        </w:rPr>
      </w:pPr>
      <w:r>
        <w:rPr>
          <w:rFonts w:ascii="Audiowide" w:hAnsi="Audiowide" w:cs="Arial"/>
          <w:color w:val="7030A0"/>
          <w:sz w:val="24"/>
          <w:szCs w:val="24"/>
          <w:lang w:val="pl-PL"/>
        </w:rPr>
        <w:t>8</w:t>
      </w:r>
      <w:r w:rsidR="003A016B" w:rsidRPr="005962FC">
        <w:rPr>
          <w:rFonts w:ascii="Audiowide" w:hAnsi="Audiowide" w:cs="Arial"/>
          <w:color w:val="7030A0"/>
          <w:sz w:val="24"/>
          <w:szCs w:val="24"/>
          <w:lang w:val="pl-PL"/>
        </w:rPr>
        <w:t>. Część przeznaczona dla Fundacji PRO FIL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552"/>
      </w:tblGrid>
      <w:tr w:rsidR="00C20756" w14:paraId="27B8DB30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492990" w14:textId="77777777" w:rsidR="00C20756" w:rsidRDefault="003A016B">
            <w:proofErr w:type="spellStart"/>
            <w:r>
              <w:rPr>
                <w:b/>
                <w:color w:val="000000"/>
                <w:sz w:val="19"/>
              </w:rPr>
              <w:t>Numer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zgłoszenia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C4D28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35B59505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BD8A3D" w14:textId="7C87336C" w:rsidR="00C20756" w:rsidRDefault="003A016B">
            <w:r>
              <w:rPr>
                <w:b/>
                <w:color w:val="000000"/>
                <w:sz w:val="19"/>
              </w:rPr>
              <w:t xml:space="preserve">Data </w:t>
            </w:r>
            <w:proofErr w:type="spellStart"/>
            <w:r>
              <w:rPr>
                <w:b/>
                <w:color w:val="000000"/>
                <w:sz w:val="19"/>
              </w:rPr>
              <w:t>otrzymania</w:t>
            </w:r>
            <w:proofErr w:type="spellEnd"/>
            <w:r w:rsidR="001E41F0">
              <w:rPr>
                <w:b/>
                <w:color w:val="000000"/>
                <w:sz w:val="19"/>
              </w:rPr>
              <w:t xml:space="preserve"> </w:t>
            </w:r>
            <w:proofErr w:type="spellStart"/>
            <w:r w:rsidR="001E41F0">
              <w:rPr>
                <w:b/>
                <w:color w:val="000000"/>
                <w:sz w:val="19"/>
              </w:rPr>
              <w:t>zgłoszenia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6D4323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1B3C68A6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22ABAC" w14:textId="77777777" w:rsidR="00C20756" w:rsidRDefault="003A016B">
            <w:r>
              <w:rPr>
                <w:b/>
                <w:color w:val="000000"/>
                <w:sz w:val="19"/>
              </w:rPr>
              <w:t xml:space="preserve">Osoba </w:t>
            </w:r>
            <w:proofErr w:type="spellStart"/>
            <w:r>
              <w:rPr>
                <w:b/>
                <w:color w:val="000000"/>
                <w:sz w:val="19"/>
              </w:rPr>
              <w:t>przyjmująca</w:t>
            </w:r>
            <w:proofErr w:type="spellEnd"/>
            <w:r>
              <w:rPr>
                <w:b/>
                <w:color w:val="000000"/>
                <w:sz w:val="19"/>
              </w:rPr>
              <w:t xml:space="preserve"> </w:t>
            </w:r>
            <w:proofErr w:type="spellStart"/>
            <w:r>
              <w:rPr>
                <w:b/>
                <w:color w:val="000000"/>
                <w:sz w:val="19"/>
              </w:rPr>
              <w:t>zgłoszenie</w:t>
            </w:r>
            <w:proofErr w:type="spellEnd"/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0AA91" w14:textId="77777777" w:rsidR="00C20756" w:rsidRDefault="003A016B">
            <w:r>
              <w:rPr>
                <w:color w:val="000000"/>
                <w:sz w:val="20"/>
              </w:rPr>
              <w:t>....................................................</w:t>
            </w:r>
          </w:p>
        </w:tc>
      </w:tr>
      <w:tr w:rsidR="00C20756" w14:paraId="1EE1DD53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877853" w14:textId="77777777" w:rsidR="00C20756" w:rsidRPr="00807B06" w:rsidRDefault="003A016B">
            <w:pPr>
              <w:rPr>
                <w:lang w:val="pl-PL"/>
              </w:rPr>
            </w:pPr>
            <w:r w:rsidRPr="00807B06">
              <w:rPr>
                <w:b/>
                <w:color w:val="000000"/>
                <w:sz w:val="19"/>
                <w:lang w:val="pl-PL"/>
              </w:rPr>
              <w:t>Zgoda rodzica lub opiekuna otrzymana</w:t>
            </w:r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20080F" w14:textId="77777777" w:rsidR="00C20756" w:rsidRDefault="003A016B">
            <w:r>
              <w:rPr>
                <w:color w:val="000000"/>
                <w:sz w:val="20"/>
              </w:rPr>
              <w:t xml:space="preserve">☐ Tak    ☐ Nie    ☐ Do </w:t>
            </w:r>
            <w:proofErr w:type="spellStart"/>
            <w:r>
              <w:rPr>
                <w:color w:val="000000"/>
                <w:sz w:val="20"/>
              </w:rPr>
              <w:t>uzupełnienia</w:t>
            </w:r>
            <w:proofErr w:type="spellEnd"/>
          </w:p>
        </w:tc>
      </w:tr>
      <w:tr w:rsidR="00C20756" w14:paraId="5A80B0B7" w14:textId="77777777" w:rsidTr="001E41F0">
        <w:trPr>
          <w:cantSplit/>
          <w:jc w:val="center"/>
        </w:trPr>
        <w:tc>
          <w:tcPr>
            <w:tcW w:w="3384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shd w:val="clear" w:color="auto" w:fill="E5DFEC" w:themeFill="accent4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F483A1" w14:textId="1DD100C0" w:rsidR="00C20756" w:rsidRPr="00807B06" w:rsidRDefault="003A016B">
            <w:pPr>
              <w:rPr>
                <w:lang w:val="pl-PL"/>
              </w:rPr>
            </w:pPr>
            <w:r w:rsidRPr="00807B06">
              <w:rPr>
                <w:b/>
                <w:color w:val="000000"/>
                <w:sz w:val="19"/>
                <w:lang w:val="pl-PL"/>
              </w:rPr>
              <w:t xml:space="preserve">Zgoda </w:t>
            </w:r>
            <w:r w:rsidR="001E41F0">
              <w:rPr>
                <w:b/>
                <w:color w:val="000000"/>
                <w:sz w:val="19"/>
                <w:lang w:val="pl-PL"/>
              </w:rPr>
              <w:t xml:space="preserve">dziecka na udział </w:t>
            </w:r>
            <w:r w:rsidR="001E41F0">
              <w:rPr>
                <w:b/>
                <w:color w:val="000000"/>
                <w:sz w:val="19"/>
                <w:lang w:val="pl-PL"/>
              </w:rPr>
              <w:br/>
              <w:t>w projekcie</w:t>
            </w:r>
          </w:p>
        </w:tc>
        <w:tc>
          <w:tcPr>
            <w:tcW w:w="655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6AA676" w14:textId="77777777" w:rsidR="00C20756" w:rsidRDefault="003A016B">
            <w:r>
              <w:rPr>
                <w:color w:val="000000"/>
                <w:sz w:val="20"/>
              </w:rPr>
              <w:t xml:space="preserve">☐ Tak    ☐ Nie    ☐ Do </w:t>
            </w:r>
            <w:proofErr w:type="spellStart"/>
            <w:r>
              <w:rPr>
                <w:color w:val="000000"/>
                <w:sz w:val="20"/>
              </w:rPr>
              <w:t>uzupełnienia</w:t>
            </w:r>
            <w:proofErr w:type="spellEnd"/>
          </w:p>
        </w:tc>
      </w:tr>
    </w:tbl>
    <w:p w14:paraId="160850FF" w14:textId="77777777" w:rsidR="00C20756" w:rsidRDefault="00C20756">
      <w:pPr>
        <w:spacing w:after="20"/>
      </w:pPr>
    </w:p>
    <w:p w14:paraId="58180B6B" w14:textId="158CA835" w:rsidR="00C20756" w:rsidRDefault="003A016B">
      <w:pPr>
        <w:spacing w:before="60" w:after="100"/>
        <w:rPr>
          <w:color w:val="444444"/>
          <w:sz w:val="19"/>
          <w:lang w:val="pl-PL"/>
        </w:rPr>
      </w:pPr>
      <w:r w:rsidRPr="00807B06">
        <w:rPr>
          <w:b/>
          <w:color w:val="000000"/>
          <w:sz w:val="19"/>
          <w:lang w:val="pl-PL"/>
        </w:rPr>
        <w:t>Poufność.</w:t>
      </w:r>
      <w:r w:rsidRPr="00807B06">
        <w:rPr>
          <w:color w:val="444444"/>
          <w:sz w:val="19"/>
          <w:lang w:val="pl-PL"/>
        </w:rPr>
        <w:t xml:space="preserve"> Część przeznaczona dla Fundacji </w:t>
      </w:r>
      <w:r w:rsidR="001E41F0">
        <w:rPr>
          <w:color w:val="444444"/>
          <w:sz w:val="19"/>
          <w:lang w:val="pl-PL"/>
        </w:rPr>
        <w:t>jest wypełniana przez pracowników Fundacji</w:t>
      </w:r>
      <w:r w:rsidRPr="00807B06">
        <w:rPr>
          <w:color w:val="444444"/>
          <w:sz w:val="19"/>
          <w:lang w:val="pl-PL"/>
        </w:rPr>
        <w:t xml:space="preserve"> i </w:t>
      </w:r>
      <w:r w:rsidR="001E41F0">
        <w:rPr>
          <w:color w:val="444444"/>
          <w:sz w:val="19"/>
          <w:lang w:val="pl-PL"/>
        </w:rPr>
        <w:t xml:space="preserve">wraz z całym formularzem jest </w:t>
      </w:r>
      <w:r w:rsidRPr="00807B06">
        <w:rPr>
          <w:color w:val="444444"/>
          <w:sz w:val="19"/>
          <w:lang w:val="pl-PL"/>
        </w:rPr>
        <w:t>przechowywana w zabezpieczonym miejscu.</w:t>
      </w:r>
    </w:p>
    <w:p w14:paraId="2A7488D0" w14:textId="6F36A0F3" w:rsidR="00846AD1" w:rsidRDefault="00815AFC" w:rsidP="00846AD1">
      <w:pPr>
        <w:spacing w:before="60" w:after="100"/>
        <w:jc w:val="center"/>
        <w:rPr>
          <w:rFonts w:cs="Arial"/>
          <w:sz w:val="20"/>
          <w:szCs w:val="20"/>
          <w:lang w:val="pl-PL"/>
        </w:rPr>
      </w:pPr>
      <w:r>
        <w:rPr>
          <w:rFonts w:cs="Arial"/>
          <w:noProof/>
          <w:lang w:val="pl-PL" w:eastAsia="pl-PL"/>
        </w:rPr>
        <w:drawing>
          <wp:anchor distT="0" distB="0" distL="114300" distR="114300" simplePos="0" relativeHeight="251657216" behindDoc="0" locked="0" layoutInCell="1" allowOverlap="1" wp14:anchorId="269EE64F" wp14:editId="03C7B7DF">
            <wp:simplePos x="0" y="0"/>
            <wp:positionH relativeFrom="column">
              <wp:posOffset>1502</wp:posOffset>
            </wp:positionH>
            <wp:positionV relativeFrom="paragraph">
              <wp:posOffset>504825</wp:posOffset>
            </wp:positionV>
            <wp:extent cx="6188710" cy="1775891"/>
            <wp:effectExtent l="0" t="0" r="2540" b="0"/>
            <wp:wrapThrough wrapText="bothSides">
              <wp:wrapPolygon edited="0">
                <wp:start x="0" y="0"/>
                <wp:lineTo x="0" y="21322"/>
                <wp:lineTo x="21542" y="21322"/>
                <wp:lineTo x="21542" y="0"/>
                <wp:lineTo x="0" y="0"/>
              </wp:wrapPolygon>
            </wp:wrapThrough>
            <wp:docPr id="2" name="Obraz 2" descr="C:\Users\karol\AppData\Local\Microsoft\Windows\INetCache\Content.MSO\DAD0E7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ol\AppData\Local\Microsoft\Windows\INetCache\Content.MSO\DAD0E73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77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AD1" w:rsidRPr="004D4360">
        <w:rPr>
          <w:rFonts w:cs="Arial" w:hint="eastAsia"/>
          <w:sz w:val="20"/>
          <w:szCs w:val="20"/>
          <w:lang w:val="pl-PL"/>
        </w:rPr>
        <w:t xml:space="preserve">Projekt ten otrzymał dofinansowanie w ramach europejskiego programu EACEA na podstawie umowy </w:t>
      </w:r>
      <w:r w:rsidR="00846AD1" w:rsidRPr="004D4360">
        <w:rPr>
          <w:rFonts w:cs="Arial"/>
          <w:sz w:val="20"/>
          <w:szCs w:val="20"/>
          <w:lang w:val="pl-PL"/>
        </w:rPr>
        <w:br/>
      </w:r>
      <w:r w:rsidR="00846AD1" w:rsidRPr="004D4360">
        <w:rPr>
          <w:rFonts w:cs="Arial" w:hint="eastAsia"/>
          <w:sz w:val="20"/>
          <w:szCs w:val="20"/>
          <w:lang w:val="pl-PL"/>
        </w:rPr>
        <w:t>o dotację nr 101253420 CERV 2025-CHILD. Poglądy i opinie wyrażone w niniejszym dokumencie są wyłączną odpowiedzialnością autora i nie muszą odzwierciedlać stanowiska Komisji Europejskiej</w:t>
      </w:r>
    </w:p>
    <w:p w14:paraId="3F58883F" w14:textId="6658C342" w:rsidR="00846AD1" w:rsidRPr="00846AD1" w:rsidRDefault="00815AFC" w:rsidP="00815AFC">
      <w:pPr>
        <w:spacing w:before="60" w:after="100"/>
        <w:jc w:val="center"/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141378D1" wp14:editId="5D2744E8">
            <wp:simplePos x="0" y="0"/>
            <wp:positionH relativeFrom="column">
              <wp:posOffset>2194560</wp:posOffset>
            </wp:positionH>
            <wp:positionV relativeFrom="paragraph">
              <wp:posOffset>1850390</wp:posOffset>
            </wp:positionV>
            <wp:extent cx="2095500" cy="400050"/>
            <wp:effectExtent l="0" t="0" r="0" b="0"/>
            <wp:wrapThrough wrapText="bothSides">
              <wp:wrapPolygon edited="0">
                <wp:start x="0" y="0"/>
                <wp:lineTo x="0" y="20571"/>
                <wp:lineTo x="6480" y="20571"/>
                <wp:lineTo x="18655" y="19543"/>
                <wp:lineTo x="18458" y="16457"/>
                <wp:lineTo x="21404" y="8229"/>
                <wp:lineTo x="21404" y="2057"/>
                <wp:lineTo x="6480" y="0"/>
                <wp:lineTo x="0" y="0"/>
              </wp:wrapPolygon>
            </wp:wrapThrough>
            <wp:docPr id="3" name="Obraz 3" descr="C:\Users\karol\AppData\Local\Temp\44c2aeea-fbc7-4866-8177-1e03d0471e4d_pl.zip.e4d\PL\horizontal\PNG\PL Dofinansowane przez UE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ol\AppData\Local\Temp\44c2aeea-fbc7-4866-8177-1e03d0471e4d_pl.zip.e4d\PL\horizontal\PNG\PL Dofinansowane przez UE_PO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8DDC6" w14:textId="687DE336" w:rsidR="00846AD1" w:rsidRPr="00846AD1" w:rsidRDefault="00846AD1" w:rsidP="00846AD1">
      <w:pPr>
        <w:rPr>
          <w:lang w:val="pl-PL"/>
        </w:rPr>
      </w:pPr>
    </w:p>
    <w:p w14:paraId="75CB593B" w14:textId="77777777" w:rsidR="00846AD1" w:rsidRDefault="00846AD1" w:rsidP="00846AD1">
      <w:pPr>
        <w:jc w:val="center"/>
        <w:rPr>
          <w:rStyle w:val="agcmg"/>
          <w:rFonts w:cs="Arial"/>
          <w:sz w:val="20"/>
          <w:szCs w:val="20"/>
          <w:lang w:val="pl-PL"/>
        </w:rPr>
      </w:pPr>
      <w:r>
        <w:rPr>
          <w:lang w:val="pl-PL"/>
        </w:rPr>
        <w:tab/>
      </w:r>
    </w:p>
    <w:p w14:paraId="152B2E4A" w14:textId="77777777" w:rsidR="00846AD1" w:rsidRPr="00F474BF" w:rsidRDefault="00846AD1" w:rsidP="00846AD1">
      <w:pPr>
        <w:jc w:val="center"/>
        <w:rPr>
          <w:rFonts w:cs="Arial"/>
          <w:lang w:val="pl-PL"/>
        </w:rPr>
      </w:pPr>
      <w:r w:rsidRPr="004D4360">
        <w:rPr>
          <w:rStyle w:val="agcmg"/>
          <w:rFonts w:cs="Arial"/>
          <w:sz w:val="20"/>
          <w:szCs w:val="20"/>
          <w:lang w:val="pl-PL"/>
        </w:rPr>
        <w:t xml:space="preserve">Sfinansowane ze środków UE. Wyrażone poglądy i opinie są jedynie opiniami autora lub autorów </w:t>
      </w:r>
      <w:r w:rsidRPr="004D4360">
        <w:rPr>
          <w:rStyle w:val="agcmg"/>
          <w:rFonts w:cs="Arial"/>
          <w:sz w:val="20"/>
          <w:szCs w:val="20"/>
          <w:lang w:val="pl-PL"/>
        </w:rPr>
        <w:br/>
        <w:t>i niekoniecznie odzwierciedlają poglądy i opinie Unii Europejskiej lub Europejskiej Agencji Wykonawczej ds. Edukacji i Kultury (EACEA). Unia Europejska ani EACEA nie ponoszą za nie odpowiedzialności.</w:t>
      </w:r>
    </w:p>
    <w:p w14:paraId="6515A344" w14:textId="3E7F68E0" w:rsidR="00815AFC" w:rsidRDefault="00815AFC">
      <w:pPr>
        <w:spacing w:after="200" w:line="276" w:lineRule="auto"/>
        <w:rPr>
          <w:lang w:val="pl-PL"/>
        </w:rPr>
      </w:pPr>
      <w:r>
        <w:rPr>
          <w:lang w:val="pl-PL"/>
        </w:rPr>
        <w:br w:type="page"/>
      </w:r>
    </w:p>
    <w:p w14:paraId="1D2B4F8A" w14:textId="0A864D53" w:rsidR="00815AFC" w:rsidRDefault="00815AFC" w:rsidP="00815AFC">
      <w:pPr>
        <w:tabs>
          <w:tab w:val="left" w:pos="7896"/>
        </w:tabs>
        <w:rPr>
          <w:b/>
          <w:lang w:val="pl-PL"/>
        </w:rPr>
      </w:pPr>
      <w:r>
        <w:rPr>
          <w:b/>
          <w:noProof/>
          <w:lang w:val="pl-PL" w:eastAsia="pl-PL"/>
        </w:rPr>
        <w:lastRenderedPageBreak/>
        <w:drawing>
          <wp:anchor distT="0" distB="0" distL="114300" distR="114300" simplePos="0" relativeHeight="251661312" behindDoc="0" locked="0" layoutInCell="1" allowOverlap="1" wp14:anchorId="6C6064BA" wp14:editId="7F6AB69B">
            <wp:simplePos x="0" y="0"/>
            <wp:positionH relativeFrom="column">
              <wp:posOffset>1242060</wp:posOffset>
            </wp:positionH>
            <wp:positionV relativeFrom="paragraph">
              <wp:posOffset>-391795</wp:posOffset>
            </wp:positionV>
            <wp:extent cx="3663950" cy="993775"/>
            <wp:effectExtent l="0" t="0" r="0" b="0"/>
            <wp:wrapNone/>
            <wp:docPr id="20694415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859044" w14:textId="77777777" w:rsidR="00815AFC" w:rsidRDefault="00815AFC" w:rsidP="00815AFC">
      <w:pPr>
        <w:tabs>
          <w:tab w:val="left" w:pos="7896"/>
        </w:tabs>
        <w:rPr>
          <w:b/>
          <w:lang w:val="pl-PL"/>
        </w:rPr>
      </w:pPr>
    </w:p>
    <w:p w14:paraId="6DD13C2D" w14:textId="77777777" w:rsidR="00815AFC" w:rsidRDefault="00815AFC" w:rsidP="00815AFC">
      <w:pPr>
        <w:tabs>
          <w:tab w:val="left" w:pos="7896"/>
        </w:tabs>
        <w:rPr>
          <w:b/>
          <w:lang w:val="pl-PL"/>
        </w:rPr>
      </w:pPr>
    </w:p>
    <w:p w14:paraId="522DC1F9" w14:textId="77777777" w:rsidR="00815AFC" w:rsidRPr="006A0195" w:rsidRDefault="00815AFC" w:rsidP="006A0195">
      <w:pPr>
        <w:tabs>
          <w:tab w:val="left" w:pos="7896"/>
        </w:tabs>
        <w:jc w:val="center"/>
        <w:rPr>
          <w:rFonts w:ascii="Audiowide" w:hAnsi="Audiowide"/>
          <w:b/>
          <w:color w:val="7030A0"/>
          <w:sz w:val="40"/>
          <w:szCs w:val="40"/>
          <w:lang w:val="pl-PL"/>
        </w:rPr>
      </w:pPr>
    </w:p>
    <w:p w14:paraId="1502FB6D" w14:textId="39EB1982" w:rsidR="00815AFC" w:rsidRDefault="00815AFC" w:rsidP="006A0195">
      <w:pPr>
        <w:tabs>
          <w:tab w:val="left" w:pos="7896"/>
        </w:tabs>
        <w:jc w:val="center"/>
        <w:rPr>
          <w:rFonts w:ascii="Audiowide" w:hAnsi="Audiowide"/>
          <w:b/>
          <w:color w:val="7030A0"/>
          <w:sz w:val="40"/>
          <w:szCs w:val="40"/>
          <w:lang w:val="pl-PL"/>
        </w:rPr>
      </w:pPr>
      <w:r w:rsidRPr="006A0195">
        <w:rPr>
          <w:rFonts w:ascii="Audiowide" w:hAnsi="Audiowide"/>
          <w:b/>
          <w:color w:val="7030A0"/>
          <w:sz w:val="40"/>
          <w:szCs w:val="40"/>
          <w:lang w:val="pl-PL"/>
        </w:rPr>
        <w:t>FORMULARZ ZGŁOSZENIOWY UZUPEŁNIANY PRZEZ DZIECKO</w:t>
      </w:r>
    </w:p>
    <w:p w14:paraId="37AC3656" w14:textId="4453ACF0" w:rsidR="00815AFC" w:rsidRDefault="006A0195" w:rsidP="00815AFC">
      <w:pPr>
        <w:tabs>
          <w:tab w:val="left" w:pos="7896"/>
        </w:tabs>
        <w:rPr>
          <w:b/>
          <w:lang w:val="pl-PL"/>
        </w:rPr>
      </w:pPr>
      <w:r>
        <w:rPr>
          <w:b/>
          <w:lang w:val="pl-PL"/>
        </w:rPr>
        <w:t>Id/nick</w:t>
      </w:r>
      <w:r w:rsidRPr="006A0195">
        <w:rPr>
          <w:b/>
          <w:lang w:val="pl-PL"/>
        </w:rPr>
        <w:t>:</w:t>
      </w:r>
      <w:r w:rsidR="00627FEC">
        <w:rPr>
          <w:b/>
          <w:lang w:val="pl-PL"/>
        </w:rPr>
        <w:t xml:space="preserve"> </w:t>
      </w:r>
      <w:r w:rsidRPr="006A0195">
        <w:rPr>
          <w:lang w:val="pl-PL"/>
        </w:rPr>
        <w:t>__________________________________________</w:t>
      </w:r>
    </w:p>
    <w:p w14:paraId="09586516" w14:textId="64AD5D67" w:rsidR="00815AFC" w:rsidRPr="00815AFC" w:rsidRDefault="00815AFC" w:rsidP="00815AFC">
      <w:pPr>
        <w:tabs>
          <w:tab w:val="left" w:pos="7896"/>
        </w:tabs>
        <w:rPr>
          <w:b/>
          <w:lang w:val="pl-PL"/>
        </w:rPr>
      </w:pPr>
      <w:r w:rsidRPr="00815AFC">
        <w:rPr>
          <w:b/>
          <w:lang w:val="pl-PL"/>
        </w:rPr>
        <w:t>Forma zgłoszenia</w:t>
      </w:r>
    </w:p>
    <w:p w14:paraId="1F2AB065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lang w:val="pl-PL"/>
        </w:rPr>
        <w:t>Zaznacz formę, w której chcesz przekazać swoje zgłoszenie. Możesz wybrać więcej niż jedną formę.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15AFC" w:rsidRPr="00627FEC" w14:paraId="5B7C1DBD" w14:textId="77777777" w:rsidTr="00D6674F">
        <w:trPr>
          <w:cantSplit/>
          <w:jc w:val="center"/>
        </w:trPr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BDDD65" w14:textId="77777777" w:rsidR="00815AFC" w:rsidRPr="00815AFC" w:rsidRDefault="00815AFC" w:rsidP="00815AFC">
            <w:pPr>
              <w:tabs>
                <w:tab w:val="left" w:pos="7896"/>
              </w:tabs>
            </w:pPr>
            <w:r w:rsidRPr="00815AFC">
              <w:rPr>
                <w:rFonts w:ascii="Segoe UI Symbol" w:hAnsi="Segoe UI Symbol" w:cs="Segoe UI Symbol"/>
              </w:rPr>
              <w:t>☐</w:t>
            </w:r>
            <w:r w:rsidRPr="00815AFC">
              <w:t xml:space="preserve"> </w:t>
            </w:r>
            <w:proofErr w:type="spellStart"/>
            <w:r w:rsidRPr="00815AFC">
              <w:t>Tekst</w:t>
            </w:r>
            <w:proofErr w:type="spellEnd"/>
            <w:r w:rsidRPr="00815AFC">
              <w:t xml:space="preserve"> </w:t>
            </w:r>
            <w:proofErr w:type="spellStart"/>
            <w:r w:rsidRPr="00815AFC">
              <w:t>pisemny</w:t>
            </w:r>
            <w:proofErr w:type="spellEnd"/>
          </w:p>
        </w:tc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E34933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rFonts w:ascii="Segoe UI Symbol" w:hAnsi="Segoe UI Symbol" w:cs="Segoe UI Symbol"/>
                <w:lang w:val="pl-PL"/>
              </w:rPr>
              <w:t>☐</w:t>
            </w:r>
            <w:r w:rsidRPr="00815AFC">
              <w:rPr>
                <w:lang w:val="pl-PL"/>
              </w:rPr>
              <w:t xml:space="preserve"> Rysunek lub inna praca wizualna</w:t>
            </w:r>
          </w:p>
        </w:tc>
      </w:tr>
      <w:tr w:rsidR="00815AFC" w:rsidRPr="00815AFC" w14:paraId="39A303D0" w14:textId="77777777" w:rsidTr="00D6674F">
        <w:trPr>
          <w:cantSplit/>
          <w:jc w:val="center"/>
        </w:trPr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8DD14C" w14:textId="77777777" w:rsidR="00815AFC" w:rsidRPr="00815AFC" w:rsidRDefault="00815AFC" w:rsidP="00815AFC">
            <w:pPr>
              <w:tabs>
                <w:tab w:val="left" w:pos="7896"/>
              </w:tabs>
            </w:pPr>
            <w:r w:rsidRPr="00815AFC">
              <w:rPr>
                <w:rFonts w:ascii="Segoe UI Symbol" w:hAnsi="Segoe UI Symbol" w:cs="Segoe UI Symbol"/>
              </w:rPr>
              <w:t>☐</w:t>
            </w:r>
            <w:r w:rsidRPr="00815AFC">
              <w:t xml:space="preserve"> </w:t>
            </w:r>
            <w:proofErr w:type="spellStart"/>
            <w:r w:rsidRPr="00815AFC">
              <w:t>Nagranie</w:t>
            </w:r>
            <w:proofErr w:type="spellEnd"/>
            <w:r w:rsidRPr="00815AFC">
              <w:t xml:space="preserve"> </w:t>
            </w:r>
            <w:proofErr w:type="spellStart"/>
            <w:r w:rsidRPr="00815AFC">
              <w:t>głosowe</w:t>
            </w:r>
            <w:proofErr w:type="spellEnd"/>
          </w:p>
        </w:tc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A33131" w14:textId="77777777" w:rsidR="00815AFC" w:rsidRPr="00815AFC" w:rsidRDefault="00815AFC" w:rsidP="00815AFC">
            <w:pPr>
              <w:tabs>
                <w:tab w:val="left" w:pos="7896"/>
              </w:tabs>
            </w:pPr>
            <w:r w:rsidRPr="00815AFC">
              <w:rPr>
                <w:rFonts w:ascii="Segoe UI Symbol" w:hAnsi="Segoe UI Symbol" w:cs="Segoe UI Symbol"/>
              </w:rPr>
              <w:t>☐</w:t>
            </w:r>
            <w:r w:rsidRPr="00815AFC">
              <w:t xml:space="preserve"> Inna forma: ........................................................</w:t>
            </w:r>
          </w:p>
        </w:tc>
      </w:tr>
      <w:tr w:rsidR="00815AFC" w:rsidRPr="00815AFC" w14:paraId="4209F2CB" w14:textId="77777777" w:rsidTr="00D6674F">
        <w:trPr>
          <w:cantSplit/>
          <w:jc w:val="center"/>
        </w:trPr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D60254" w14:textId="77777777" w:rsidR="00815AFC" w:rsidRPr="00815AFC" w:rsidRDefault="00815AFC" w:rsidP="00815AFC">
            <w:pPr>
              <w:tabs>
                <w:tab w:val="left" w:pos="7896"/>
              </w:tabs>
            </w:pPr>
            <w:r w:rsidRPr="00815AFC">
              <w:rPr>
                <w:rFonts w:ascii="Segoe UI Symbol" w:hAnsi="Segoe UI Symbol" w:cs="Segoe UI Symbol"/>
              </w:rPr>
              <w:t>☐</w:t>
            </w:r>
            <w:r w:rsidRPr="00815AFC">
              <w:t xml:space="preserve"> </w:t>
            </w:r>
            <w:proofErr w:type="spellStart"/>
            <w:r w:rsidRPr="00815AFC">
              <w:t>Nagranie</w:t>
            </w:r>
            <w:proofErr w:type="spellEnd"/>
            <w:r w:rsidRPr="00815AFC">
              <w:t xml:space="preserve"> </w:t>
            </w:r>
            <w:proofErr w:type="spellStart"/>
            <w:r w:rsidRPr="00815AFC">
              <w:t>wideo</w:t>
            </w:r>
            <w:proofErr w:type="spellEnd"/>
          </w:p>
        </w:tc>
        <w:tc>
          <w:tcPr>
            <w:tcW w:w="5112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241A18" w14:textId="77777777" w:rsidR="00815AFC" w:rsidRPr="00815AFC" w:rsidRDefault="00815AFC" w:rsidP="00815AFC">
            <w:pPr>
              <w:tabs>
                <w:tab w:val="left" w:pos="7896"/>
              </w:tabs>
            </w:pPr>
          </w:p>
        </w:tc>
      </w:tr>
    </w:tbl>
    <w:p w14:paraId="12B43B0D" w14:textId="77777777" w:rsidR="00815AFC" w:rsidRPr="00815AFC" w:rsidRDefault="00815AFC" w:rsidP="00815AFC">
      <w:pPr>
        <w:tabs>
          <w:tab w:val="left" w:pos="7896"/>
        </w:tabs>
      </w:pPr>
    </w:p>
    <w:p w14:paraId="274A2B61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b/>
          <w:lang w:val="pl-PL"/>
        </w:rPr>
        <w:t>Pamiętaj.</w:t>
      </w:r>
      <w:r w:rsidRPr="00815AFC">
        <w:rPr>
          <w:lang w:val="pl-PL"/>
        </w:rPr>
        <w:t xml:space="preserve"> Jeżeli na nagraniu lub rysunku znajdują się inne osoby, nie umieszczaj ich danych ani wizerunku bez odpowiedniej zgody.</w:t>
      </w:r>
    </w:p>
    <w:p w14:paraId="51278DCE" w14:textId="77777777" w:rsidR="00815AFC" w:rsidRDefault="00815AFC" w:rsidP="00815AFC">
      <w:pPr>
        <w:tabs>
          <w:tab w:val="left" w:pos="7896"/>
        </w:tabs>
        <w:rPr>
          <w:b/>
          <w:bCs/>
          <w:lang w:val="pl-PL"/>
        </w:rPr>
      </w:pPr>
    </w:p>
    <w:p w14:paraId="636EF0EB" w14:textId="3FDB0A51" w:rsidR="00815AFC" w:rsidRPr="00815AFC" w:rsidRDefault="00815AFC" w:rsidP="00815AFC">
      <w:pPr>
        <w:tabs>
          <w:tab w:val="left" w:pos="7896"/>
        </w:tabs>
        <w:rPr>
          <w:b/>
          <w:bCs/>
          <w:lang w:val="pl-PL"/>
        </w:rPr>
      </w:pPr>
      <w:r w:rsidRPr="00815AFC">
        <w:rPr>
          <w:b/>
          <w:bCs/>
          <w:lang w:val="pl-PL"/>
        </w:rPr>
        <w:t>Twoje odpowiedzi</w:t>
      </w:r>
    </w:p>
    <w:p w14:paraId="321D488E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b/>
          <w:lang w:val="pl-PL"/>
        </w:rPr>
        <w:t xml:space="preserve">1. Dlaczego chcesz dołączyć do Rady Dziecięcej projektu </w:t>
      </w:r>
      <w:proofErr w:type="spellStart"/>
      <w:r w:rsidRPr="00815AFC">
        <w:rPr>
          <w:b/>
          <w:lang w:val="pl-PL"/>
        </w:rPr>
        <w:t>DigiGuard</w:t>
      </w:r>
      <w:proofErr w:type="spellEnd"/>
      <w:r w:rsidRPr="00815AFC">
        <w:rPr>
          <w:b/>
          <w:lang w:val="pl-PL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815AFC" w:rsidRPr="00627FEC" w14:paraId="7A76635F" w14:textId="77777777" w:rsidTr="00D6674F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75399E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3430278F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366A6587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2AC5B7F2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36858245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42359032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7E2E98D3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5CA9D5A8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</w:tc>
      </w:tr>
    </w:tbl>
    <w:p w14:paraId="2ACF2F72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</w:p>
    <w:p w14:paraId="695BECAC" w14:textId="588A14FA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b/>
          <w:lang w:val="pl-PL"/>
        </w:rPr>
        <w:t xml:space="preserve">2. Co chciałbyś/abyś zmienić w tym, jak dzieci i młodzież doświadczają </w:t>
      </w:r>
      <w:r w:rsidR="00627FEC" w:rsidRPr="00815AFC">
        <w:rPr>
          <w:b/>
          <w:lang w:val="pl-PL"/>
        </w:rPr>
        <w:t>Internetu</w:t>
      </w:r>
      <w:r w:rsidRPr="00815AFC">
        <w:rPr>
          <w:b/>
          <w:lang w:val="pl-PL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815AFC" w:rsidRPr="00627FEC" w14:paraId="69524BC6" w14:textId="77777777" w:rsidTr="00D6674F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936E89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61042E65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7874D478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6B3E5E4C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6E0FFC3F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7E887BDC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3508027F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0F548234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3813C3FB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</w:tc>
      </w:tr>
    </w:tbl>
    <w:p w14:paraId="1531D1BC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</w:p>
    <w:p w14:paraId="182B6CBE" w14:textId="77777777" w:rsidR="00815AFC" w:rsidRDefault="00815AFC" w:rsidP="00815AFC">
      <w:pPr>
        <w:tabs>
          <w:tab w:val="left" w:pos="7896"/>
        </w:tabs>
        <w:rPr>
          <w:b/>
          <w:lang w:val="pl-PL"/>
        </w:rPr>
      </w:pPr>
    </w:p>
    <w:p w14:paraId="38F10233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b/>
          <w:lang w:val="pl-PL"/>
        </w:rPr>
        <w:t>3. Jakimi pomysłami chciałbyś/abyś podzielić się z zespołem projektu?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815AFC" w:rsidRPr="00627FEC" w14:paraId="21AD7647" w14:textId="77777777" w:rsidTr="00D6674F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EE2A35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1BD5F844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7AA20757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2F4FBF94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2FC136E8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35008F1D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717F24C6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35B2A695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</w:tc>
      </w:tr>
    </w:tbl>
    <w:p w14:paraId="169F3499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</w:p>
    <w:p w14:paraId="74B18AE6" w14:textId="77777777" w:rsidR="00815AFC" w:rsidRPr="00815AFC" w:rsidRDefault="00815AFC" w:rsidP="00815AFC">
      <w:pPr>
        <w:tabs>
          <w:tab w:val="left" w:pos="7896"/>
        </w:tabs>
        <w:rPr>
          <w:lang w:val="pl-PL"/>
        </w:rPr>
      </w:pPr>
      <w:r w:rsidRPr="00815AFC">
        <w:rPr>
          <w:b/>
          <w:lang w:val="pl-PL"/>
        </w:rPr>
        <w:t>4. Co lubisz robić w wolnym czasie?</w:t>
      </w:r>
      <w:r w:rsidRPr="00815AFC">
        <w:rPr>
          <w:i/>
          <w:lang w:val="pl-PL"/>
        </w:rPr>
        <w:t xml:space="preserve">  Odpowiedź na to pytanie jest dobrowolna.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815AFC" w:rsidRPr="00627FEC" w14:paraId="6262C2C2" w14:textId="77777777" w:rsidTr="00D6674F">
        <w:trPr>
          <w:cantSplit/>
          <w:jc w:val="center"/>
        </w:trPr>
        <w:tc>
          <w:tcPr>
            <w:tcW w:w="9936" w:type="dxa"/>
            <w:tcBorders>
              <w:top w:val="single" w:sz="6" w:space="0" w:color="B7C3CE"/>
              <w:left w:val="single" w:sz="6" w:space="0" w:color="B7C3CE"/>
              <w:bottom w:val="single" w:sz="6" w:space="0" w:color="B7C3CE"/>
              <w:right w:val="single" w:sz="6" w:space="0" w:color="B7C3CE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2A9808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2F175C20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2E35FCB6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76F0CAA2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5E23721B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164AF936" w14:textId="77777777" w:rsid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2AABFC4C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</w:p>
          <w:p w14:paraId="682C97B9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  <w:p w14:paraId="11C58A99" w14:textId="77777777" w:rsidR="00815AFC" w:rsidRPr="00815AFC" w:rsidRDefault="00815AFC" w:rsidP="00815AFC">
            <w:pPr>
              <w:tabs>
                <w:tab w:val="left" w:pos="7896"/>
              </w:tabs>
              <w:rPr>
                <w:lang w:val="pl-PL"/>
              </w:rPr>
            </w:pPr>
            <w:r w:rsidRPr="00815AFC">
              <w:rPr>
                <w:lang w:val="pl-PL"/>
              </w:rPr>
              <w:t xml:space="preserve"> </w:t>
            </w:r>
          </w:p>
        </w:tc>
      </w:tr>
    </w:tbl>
    <w:p w14:paraId="38E7262D" w14:textId="77777777" w:rsidR="00846AD1" w:rsidRPr="00846AD1" w:rsidRDefault="00846AD1" w:rsidP="00846AD1">
      <w:pPr>
        <w:tabs>
          <w:tab w:val="left" w:pos="7896"/>
        </w:tabs>
        <w:rPr>
          <w:lang w:val="pl-PL"/>
        </w:rPr>
      </w:pPr>
    </w:p>
    <w:sectPr w:rsidR="00846AD1" w:rsidRPr="00846AD1" w:rsidSect="00034616">
      <w:footerReference w:type="default" r:id="rId12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05AF" w14:textId="77777777" w:rsidR="006C7981" w:rsidRDefault="006C7981">
      <w:pPr>
        <w:spacing w:after="0" w:line="240" w:lineRule="auto"/>
      </w:pPr>
      <w:r>
        <w:separator/>
      </w:r>
    </w:p>
  </w:endnote>
  <w:endnote w:type="continuationSeparator" w:id="0">
    <w:p w14:paraId="49F4AD7B" w14:textId="77777777" w:rsidR="006C7981" w:rsidRDefault="006C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udiowide">
    <w:altName w:val="Calibri"/>
    <w:charset w:val="EE"/>
    <w:family w:val="auto"/>
    <w:pitch w:val="variable"/>
    <w:sig w:usb0="A000006F" w:usb1="40000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0EE9" w14:textId="1AF36D23" w:rsidR="00C20756" w:rsidRPr="00F00375" w:rsidRDefault="00C20756">
    <w:pPr>
      <w:pStyle w:val="Stopka"/>
      <w:jc w:val="cen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A364D" w14:textId="77777777" w:rsidR="006C7981" w:rsidRDefault="006C7981">
      <w:pPr>
        <w:spacing w:after="0" w:line="240" w:lineRule="auto"/>
      </w:pPr>
      <w:r>
        <w:separator/>
      </w:r>
    </w:p>
  </w:footnote>
  <w:footnote w:type="continuationSeparator" w:id="0">
    <w:p w14:paraId="06099113" w14:textId="77777777" w:rsidR="006C7981" w:rsidRDefault="006C7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4151795">
    <w:abstractNumId w:val="8"/>
  </w:num>
  <w:num w:numId="2" w16cid:durableId="1155612791">
    <w:abstractNumId w:val="6"/>
  </w:num>
  <w:num w:numId="3" w16cid:durableId="816533607">
    <w:abstractNumId w:val="5"/>
  </w:num>
  <w:num w:numId="4" w16cid:durableId="1875924506">
    <w:abstractNumId w:val="4"/>
  </w:num>
  <w:num w:numId="5" w16cid:durableId="255479592">
    <w:abstractNumId w:val="7"/>
  </w:num>
  <w:num w:numId="6" w16cid:durableId="452754877">
    <w:abstractNumId w:val="3"/>
  </w:num>
  <w:num w:numId="7" w16cid:durableId="1529416514">
    <w:abstractNumId w:val="2"/>
  </w:num>
  <w:num w:numId="8" w16cid:durableId="1158038216">
    <w:abstractNumId w:val="1"/>
  </w:num>
  <w:num w:numId="9" w16cid:durableId="111957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41F0"/>
    <w:rsid w:val="0029639D"/>
    <w:rsid w:val="002C0B9B"/>
    <w:rsid w:val="00326F90"/>
    <w:rsid w:val="003A016B"/>
    <w:rsid w:val="005362BB"/>
    <w:rsid w:val="00536543"/>
    <w:rsid w:val="005962FC"/>
    <w:rsid w:val="005C653E"/>
    <w:rsid w:val="00627FEC"/>
    <w:rsid w:val="006A0195"/>
    <w:rsid w:val="006C7981"/>
    <w:rsid w:val="00756E8E"/>
    <w:rsid w:val="007E261D"/>
    <w:rsid w:val="00807B06"/>
    <w:rsid w:val="00815AFC"/>
    <w:rsid w:val="00846AD1"/>
    <w:rsid w:val="00AA1D8D"/>
    <w:rsid w:val="00B47730"/>
    <w:rsid w:val="00C16FE3"/>
    <w:rsid w:val="00C20756"/>
    <w:rsid w:val="00C42F41"/>
    <w:rsid w:val="00C449DF"/>
    <w:rsid w:val="00CB0664"/>
    <w:rsid w:val="00D05145"/>
    <w:rsid w:val="00D4311B"/>
    <w:rsid w:val="00D44BE8"/>
    <w:rsid w:val="00F00375"/>
    <w:rsid w:val="00FC693F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4EB333F-6298-4DE0-B2B2-9ED0C825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gcmg">
    <w:name w:val="a_gcmg"/>
    <w:basedOn w:val="Domylnaczcionkaakapitu"/>
    <w:rsid w:val="00846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01202A-6894-4B7C-9646-9B3A0FCE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871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Stępień</cp:lastModifiedBy>
  <cp:revision>6</cp:revision>
  <dcterms:created xsi:type="dcterms:W3CDTF">2026-09-22T09:54:00Z</dcterms:created>
  <dcterms:modified xsi:type="dcterms:W3CDTF">2026-09-23T07:02:00Z</dcterms:modified>
  <cp:category/>
</cp:coreProperties>
</file>